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7C652" w14:textId="4354D61C" w:rsidR="002130B2" w:rsidRPr="00672299" w:rsidRDefault="00D452F8">
      <w:pPr>
        <w:pStyle w:val="Title"/>
        <w:rPr>
          <w:rFonts w:ascii="Aptos Display" w:hAnsi="Aptos Display"/>
        </w:rPr>
      </w:pPr>
      <w:r w:rsidRPr="00672299">
        <w:rPr>
          <w:rFonts w:ascii="Aptos Display" w:hAnsi="Aptos Display"/>
        </w:rPr>
        <w:t xml:space="preserve">EDI Calendar 2026/27 </w:t>
      </w:r>
    </w:p>
    <w:p w14:paraId="4F36E401" w14:textId="573C8175" w:rsidR="00BD6787" w:rsidRDefault="00AF02F2" w:rsidP="00BD6787">
      <w:pPr>
        <w:pStyle w:val="Heading1"/>
      </w:pPr>
      <w:r>
        <w:t>Key= Awareness Days (*)  Religious and Cultural Dates (^)</w:t>
      </w:r>
    </w:p>
    <w:p w14:paraId="13DEBB38" w14:textId="4279A189" w:rsidR="00BD6787" w:rsidRPr="00BD6787" w:rsidRDefault="00D452F8" w:rsidP="00BD6787">
      <w:pPr>
        <w:pStyle w:val="Heading1"/>
      </w:pPr>
      <w:r>
        <w:t>September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2130B2" w:rsidRPr="00CE7DAD" w14:paraId="5CD0BB69" w14:textId="77777777">
        <w:tc>
          <w:tcPr>
            <w:tcW w:w="4320" w:type="dxa"/>
          </w:tcPr>
          <w:p w14:paraId="3647B68D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Date</w:t>
            </w:r>
          </w:p>
        </w:tc>
        <w:tc>
          <w:tcPr>
            <w:tcW w:w="4320" w:type="dxa"/>
          </w:tcPr>
          <w:p w14:paraId="783322F3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Event(s)</w:t>
            </w:r>
          </w:p>
        </w:tc>
      </w:tr>
      <w:tr w:rsidR="002130B2" w:rsidRPr="00CE7DAD" w14:paraId="429D1540" w14:textId="77777777">
        <w:tc>
          <w:tcPr>
            <w:tcW w:w="4320" w:type="dxa"/>
          </w:tcPr>
          <w:p w14:paraId="4EB2A427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</w:t>
            </w:r>
          </w:p>
        </w:tc>
        <w:tc>
          <w:tcPr>
            <w:tcW w:w="4320" w:type="dxa"/>
          </w:tcPr>
          <w:p w14:paraId="3650536C" w14:textId="28D9D9B9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East and </w:t>
            </w:r>
            <w:proofErr w:type="gramStart"/>
            <w:r w:rsidRPr="00CE7DAD">
              <w:rPr>
                <w:color w:val="002060"/>
              </w:rPr>
              <w:t>South East</w:t>
            </w:r>
            <w:proofErr w:type="gramEnd"/>
            <w:r w:rsidRPr="00CE7DAD">
              <w:rPr>
                <w:color w:val="002060"/>
              </w:rPr>
              <w:t xml:space="preserve"> Asian Heritage Month (start)</w:t>
            </w:r>
            <w:r w:rsidR="00773AFF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631672CE" w14:textId="77777777">
        <w:tc>
          <w:tcPr>
            <w:tcW w:w="4320" w:type="dxa"/>
          </w:tcPr>
          <w:p w14:paraId="4FF3051C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10</w:t>
            </w:r>
          </w:p>
        </w:tc>
        <w:tc>
          <w:tcPr>
            <w:tcW w:w="4320" w:type="dxa"/>
          </w:tcPr>
          <w:p w14:paraId="3917DA17" w14:textId="681328A9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World Suicide Prevention Day</w:t>
            </w:r>
            <w:r w:rsidR="003840E4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3E1B23D5" w14:textId="77777777">
        <w:tc>
          <w:tcPr>
            <w:tcW w:w="4320" w:type="dxa"/>
          </w:tcPr>
          <w:p w14:paraId="6F3F297E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11</w:t>
            </w:r>
          </w:p>
        </w:tc>
        <w:tc>
          <w:tcPr>
            <w:tcW w:w="4320" w:type="dxa"/>
          </w:tcPr>
          <w:p w14:paraId="6527ACC0" w14:textId="58A17488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Rosh Hashanah (start)</w:t>
            </w:r>
            <w:r w:rsidR="003840E4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768233DA" w14:textId="77777777">
        <w:tc>
          <w:tcPr>
            <w:tcW w:w="4320" w:type="dxa"/>
          </w:tcPr>
          <w:p w14:paraId="323A734D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12</w:t>
            </w:r>
          </w:p>
        </w:tc>
        <w:tc>
          <w:tcPr>
            <w:tcW w:w="4320" w:type="dxa"/>
          </w:tcPr>
          <w:p w14:paraId="07663169" w14:textId="3134B269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First Parkash Sri Guru Granth Sahib Ji</w:t>
            </w:r>
            <w:r w:rsidR="002559BF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4F43DAED" w14:textId="77777777">
        <w:tc>
          <w:tcPr>
            <w:tcW w:w="4320" w:type="dxa"/>
          </w:tcPr>
          <w:p w14:paraId="7C0C2090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13</w:t>
            </w:r>
          </w:p>
        </w:tc>
        <w:tc>
          <w:tcPr>
            <w:tcW w:w="4320" w:type="dxa"/>
          </w:tcPr>
          <w:p w14:paraId="784A2394" w14:textId="3E5E87E2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Rosh Hashanah (end)</w:t>
            </w:r>
            <w:r w:rsidR="00E41DDF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7A1EE329" w14:textId="77777777">
        <w:tc>
          <w:tcPr>
            <w:tcW w:w="4320" w:type="dxa"/>
          </w:tcPr>
          <w:p w14:paraId="7932A12B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14</w:t>
            </w:r>
          </w:p>
        </w:tc>
        <w:tc>
          <w:tcPr>
            <w:tcW w:w="4320" w:type="dxa"/>
          </w:tcPr>
          <w:p w14:paraId="265DDE1E" w14:textId="653C28F6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National Inclusion Week (start)</w:t>
            </w:r>
            <w:r w:rsidR="00E41DDF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03E5526B" w14:textId="77777777">
        <w:tc>
          <w:tcPr>
            <w:tcW w:w="4320" w:type="dxa"/>
          </w:tcPr>
          <w:p w14:paraId="0DFD99ED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20</w:t>
            </w:r>
          </w:p>
        </w:tc>
        <w:tc>
          <w:tcPr>
            <w:tcW w:w="4320" w:type="dxa"/>
          </w:tcPr>
          <w:p w14:paraId="12445682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National Inclusion Week (end)</w:t>
            </w:r>
            <w:r w:rsidR="00E41DDF" w:rsidRPr="00CE7DAD">
              <w:rPr>
                <w:color w:val="002060"/>
              </w:rPr>
              <w:t xml:space="preserve"> *</w:t>
            </w:r>
          </w:p>
          <w:p w14:paraId="5506E0A7" w14:textId="0AC80002" w:rsidR="006E76DA" w:rsidRPr="00CE7DAD" w:rsidRDefault="006E76DA">
            <w:pPr>
              <w:rPr>
                <w:color w:val="002060"/>
              </w:rPr>
            </w:pPr>
            <w:r w:rsidRPr="00CE7DAD">
              <w:rPr>
                <w:color w:val="002060"/>
              </w:rPr>
              <w:t>Yom Kippur (start)^</w:t>
            </w:r>
          </w:p>
        </w:tc>
      </w:tr>
      <w:tr w:rsidR="002130B2" w:rsidRPr="00CE7DAD" w14:paraId="558959DB" w14:textId="77777777">
        <w:tc>
          <w:tcPr>
            <w:tcW w:w="4320" w:type="dxa"/>
          </w:tcPr>
          <w:p w14:paraId="3CDB5805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21</w:t>
            </w:r>
          </w:p>
        </w:tc>
        <w:tc>
          <w:tcPr>
            <w:tcW w:w="4320" w:type="dxa"/>
          </w:tcPr>
          <w:p w14:paraId="45CC9BFF" w14:textId="67160038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UN International Day of Peace</w:t>
            </w:r>
            <w:r w:rsidR="00E41DDF" w:rsidRPr="00CE7DAD">
              <w:rPr>
                <w:color w:val="002060"/>
              </w:rPr>
              <w:t xml:space="preserve"> *              </w:t>
            </w:r>
            <w:r w:rsidRPr="00CE7DAD">
              <w:rPr>
                <w:color w:val="002060"/>
              </w:rPr>
              <w:t xml:space="preserve"> Yom Kippur </w:t>
            </w:r>
            <w:r w:rsidR="006E76DA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6E76DA" w:rsidRPr="00CE7DAD">
              <w:rPr>
                <w:color w:val="002060"/>
              </w:rPr>
              <w:t>)</w:t>
            </w:r>
            <w:r w:rsidR="00E41DDF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46A5E9C6" w14:textId="77777777">
        <w:tc>
          <w:tcPr>
            <w:tcW w:w="4320" w:type="dxa"/>
          </w:tcPr>
          <w:p w14:paraId="114906B2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23</w:t>
            </w:r>
          </w:p>
        </w:tc>
        <w:tc>
          <w:tcPr>
            <w:tcW w:w="4320" w:type="dxa"/>
          </w:tcPr>
          <w:p w14:paraId="39928FDD" w14:textId="6261F51C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Bi Visibility Day</w:t>
            </w:r>
            <w:r w:rsidR="00B3734B" w:rsidRPr="00CE7DAD">
              <w:rPr>
                <w:color w:val="002060"/>
              </w:rPr>
              <w:t xml:space="preserve"> *                                     A</w:t>
            </w:r>
            <w:r w:rsidRPr="00CE7DAD">
              <w:rPr>
                <w:color w:val="002060"/>
              </w:rPr>
              <w:t>utumn Equinox</w:t>
            </w:r>
            <w:r w:rsidR="00B3734B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671E2F93" w14:textId="77777777">
        <w:tc>
          <w:tcPr>
            <w:tcW w:w="4320" w:type="dxa"/>
          </w:tcPr>
          <w:p w14:paraId="66063E9F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25</w:t>
            </w:r>
          </w:p>
        </w:tc>
        <w:tc>
          <w:tcPr>
            <w:tcW w:w="4320" w:type="dxa"/>
          </w:tcPr>
          <w:p w14:paraId="189D56F8" w14:textId="32423528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Sukkot (start)</w:t>
            </w:r>
            <w:r w:rsidR="00B3734B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613B7B97" w14:textId="77777777">
        <w:tc>
          <w:tcPr>
            <w:tcW w:w="4320" w:type="dxa"/>
          </w:tcPr>
          <w:p w14:paraId="0C13FF2F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30</w:t>
            </w:r>
          </w:p>
        </w:tc>
        <w:tc>
          <w:tcPr>
            <w:tcW w:w="4320" w:type="dxa"/>
          </w:tcPr>
          <w:p w14:paraId="76316D50" w14:textId="2036F6A4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East and </w:t>
            </w:r>
            <w:proofErr w:type="gramStart"/>
            <w:r w:rsidRPr="00CE7DAD">
              <w:rPr>
                <w:color w:val="002060"/>
              </w:rPr>
              <w:t>South East</w:t>
            </w:r>
            <w:proofErr w:type="gramEnd"/>
            <w:r w:rsidRPr="00CE7DAD">
              <w:rPr>
                <w:color w:val="002060"/>
              </w:rPr>
              <w:t xml:space="preserve"> Asian Heritage Month (end)</w:t>
            </w:r>
            <w:r w:rsidR="00B3734B" w:rsidRPr="00CE7DAD">
              <w:rPr>
                <w:color w:val="002060"/>
              </w:rPr>
              <w:t xml:space="preserve"> *</w:t>
            </w:r>
          </w:p>
        </w:tc>
      </w:tr>
    </w:tbl>
    <w:p w14:paraId="42012E7D" w14:textId="77777777" w:rsidR="002130B2" w:rsidRPr="00CE7DAD" w:rsidRDefault="002130B2">
      <w:pPr>
        <w:rPr>
          <w:color w:val="002060"/>
        </w:rPr>
      </w:pPr>
    </w:p>
    <w:p w14:paraId="42615B0F" w14:textId="77777777" w:rsidR="002130B2" w:rsidRPr="00CE7DAD" w:rsidRDefault="00D452F8">
      <w:pPr>
        <w:pStyle w:val="Heading1"/>
        <w:rPr>
          <w:color w:val="002060"/>
        </w:rPr>
      </w:pPr>
      <w:r w:rsidRPr="00CE7DAD">
        <w:rPr>
          <w:color w:val="002060"/>
        </w:rPr>
        <w:t>October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2130B2" w:rsidRPr="00CE7DAD" w14:paraId="6283CEA2" w14:textId="77777777">
        <w:tc>
          <w:tcPr>
            <w:tcW w:w="4320" w:type="dxa"/>
          </w:tcPr>
          <w:p w14:paraId="2BEF2CA3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Date</w:t>
            </w:r>
          </w:p>
        </w:tc>
        <w:tc>
          <w:tcPr>
            <w:tcW w:w="4320" w:type="dxa"/>
          </w:tcPr>
          <w:p w14:paraId="1190290F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Event(s)</w:t>
            </w:r>
          </w:p>
        </w:tc>
      </w:tr>
      <w:tr w:rsidR="002130B2" w:rsidRPr="00CE7DAD" w14:paraId="3ED1C229" w14:textId="77777777">
        <w:tc>
          <w:tcPr>
            <w:tcW w:w="4320" w:type="dxa"/>
          </w:tcPr>
          <w:p w14:paraId="759B00CE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</w:t>
            </w:r>
          </w:p>
        </w:tc>
        <w:tc>
          <w:tcPr>
            <w:tcW w:w="4320" w:type="dxa"/>
          </w:tcPr>
          <w:p w14:paraId="567AC483" w14:textId="56E89339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Black History Month</w:t>
            </w:r>
            <w:r w:rsidR="0000602E" w:rsidRPr="00CE7DAD">
              <w:rPr>
                <w:color w:val="002060"/>
              </w:rPr>
              <w:t xml:space="preserve"> (start) *                 </w:t>
            </w:r>
            <w:r w:rsidRPr="00CE7DAD">
              <w:rPr>
                <w:color w:val="002060"/>
              </w:rPr>
              <w:t xml:space="preserve"> ADHD Awareness Month </w:t>
            </w:r>
            <w:r w:rsidR="00A523E9" w:rsidRPr="00CE7DAD">
              <w:rPr>
                <w:color w:val="002060"/>
              </w:rPr>
              <w:t>(s</w:t>
            </w:r>
            <w:r w:rsidRPr="00CE7DAD">
              <w:rPr>
                <w:color w:val="002060"/>
              </w:rPr>
              <w:t>tart</w:t>
            </w:r>
            <w:r w:rsidR="00A523E9" w:rsidRPr="00CE7DAD">
              <w:rPr>
                <w:color w:val="002060"/>
              </w:rPr>
              <w:t>)</w:t>
            </w:r>
            <w:r w:rsidR="0000602E" w:rsidRPr="00CE7DAD">
              <w:rPr>
                <w:color w:val="002060"/>
              </w:rPr>
              <w:t xml:space="preserve"> *</w:t>
            </w:r>
            <w:r w:rsidRPr="00CE7DAD">
              <w:rPr>
                <w:color w:val="002060"/>
              </w:rPr>
              <w:t xml:space="preserve"> International Day of Older Persons</w:t>
            </w:r>
            <w:r w:rsidR="0000602E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5983EB70" w14:textId="77777777">
        <w:tc>
          <w:tcPr>
            <w:tcW w:w="4320" w:type="dxa"/>
          </w:tcPr>
          <w:p w14:paraId="1012804E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</w:t>
            </w:r>
          </w:p>
        </w:tc>
        <w:tc>
          <w:tcPr>
            <w:tcW w:w="4320" w:type="dxa"/>
          </w:tcPr>
          <w:p w14:paraId="30D0E8E8" w14:textId="188FBF83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Sukkot</w:t>
            </w:r>
            <w:r w:rsidR="00A523E9" w:rsidRPr="00CE7DAD">
              <w:rPr>
                <w:color w:val="002060"/>
              </w:rPr>
              <w:t xml:space="preserve"> (end) ^                                           </w:t>
            </w:r>
            <w:r w:rsidRPr="00CE7DAD">
              <w:rPr>
                <w:color w:val="002060"/>
              </w:rPr>
              <w:t xml:space="preserve"> Shmini Atzeret </w:t>
            </w:r>
            <w:r w:rsidR="00A523E9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A523E9" w:rsidRPr="00CE7DAD">
              <w:rPr>
                <w:color w:val="002060"/>
              </w:rPr>
              <w:t>) ^</w:t>
            </w:r>
          </w:p>
        </w:tc>
      </w:tr>
      <w:tr w:rsidR="002130B2" w:rsidRPr="00CE7DAD" w14:paraId="2B40309B" w14:textId="77777777">
        <w:tc>
          <w:tcPr>
            <w:tcW w:w="4320" w:type="dxa"/>
          </w:tcPr>
          <w:p w14:paraId="34EC1BC1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3</w:t>
            </w:r>
          </w:p>
        </w:tc>
        <w:tc>
          <w:tcPr>
            <w:tcW w:w="4320" w:type="dxa"/>
          </w:tcPr>
          <w:p w14:paraId="60F17C73" w14:textId="5FEDC238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Shmini Atzeret</w:t>
            </w:r>
            <w:r w:rsidR="00A523E9" w:rsidRPr="00CE7DAD">
              <w:rPr>
                <w:color w:val="002060"/>
              </w:rPr>
              <w:t xml:space="preserve"> (end) ^                         </w:t>
            </w:r>
            <w:r w:rsidRPr="00CE7DAD">
              <w:rPr>
                <w:color w:val="002060"/>
              </w:rPr>
              <w:t xml:space="preserve"> Simchat Torah </w:t>
            </w:r>
            <w:r w:rsidR="00A523E9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A523E9" w:rsidRPr="00CE7DAD">
              <w:rPr>
                <w:color w:val="002060"/>
              </w:rPr>
              <w:t>) ^</w:t>
            </w:r>
          </w:p>
        </w:tc>
      </w:tr>
      <w:tr w:rsidR="002130B2" w:rsidRPr="00CE7DAD" w14:paraId="7989FC3C" w14:textId="77777777">
        <w:tc>
          <w:tcPr>
            <w:tcW w:w="4320" w:type="dxa"/>
          </w:tcPr>
          <w:p w14:paraId="58956234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4</w:t>
            </w:r>
          </w:p>
        </w:tc>
        <w:tc>
          <w:tcPr>
            <w:tcW w:w="4320" w:type="dxa"/>
          </w:tcPr>
          <w:p w14:paraId="75E5520F" w14:textId="040E7C6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Simchat Torah </w:t>
            </w:r>
            <w:r w:rsidR="00A523E9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A523E9" w:rsidRPr="00CE7DAD">
              <w:rPr>
                <w:color w:val="002060"/>
              </w:rPr>
              <w:t>) ^</w:t>
            </w:r>
          </w:p>
        </w:tc>
      </w:tr>
      <w:tr w:rsidR="002130B2" w:rsidRPr="00CE7DAD" w14:paraId="07B5AF71" w14:textId="77777777">
        <w:tc>
          <w:tcPr>
            <w:tcW w:w="4320" w:type="dxa"/>
          </w:tcPr>
          <w:p w14:paraId="3D9E947D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5</w:t>
            </w:r>
          </w:p>
        </w:tc>
        <w:tc>
          <w:tcPr>
            <w:tcW w:w="4320" w:type="dxa"/>
          </w:tcPr>
          <w:p w14:paraId="07B361A5" w14:textId="32B8F0F3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Dyslexia Awareness Week </w:t>
            </w:r>
            <w:r w:rsidR="00A523E9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A523E9" w:rsidRPr="00CE7DAD">
              <w:rPr>
                <w:color w:val="002060"/>
              </w:rPr>
              <w:t>) *</w:t>
            </w:r>
          </w:p>
        </w:tc>
      </w:tr>
      <w:tr w:rsidR="00107656" w:rsidRPr="00CE7DAD" w14:paraId="7991F52E" w14:textId="77777777">
        <w:tc>
          <w:tcPr>
            <w:tcW w:w="4320" w:type="dxa"/>
          </w:tcPr>
          <w:p w14:paraId="63EDC1FB" w14:textId="6F77E0E4" w:rsidR="00107656" w:rsidRPr="00CE7DAD" w:rsidRDefault="00107656">
            <w:pPr>
              <w:rPr>
                <w:color w:val="002060"/>
              </w:rPr>
            </w:pPr>
            <w:r w:rsidRPr="00CE7DAD">
              <w:rPr>
                <w:color w:val="002060"/>
              </w:rPr>
              <w:t>8</w:t>
            </w:r>
          </w:p>
        </w:tc>
        <w:tc>
          <w:tcPr>
            <w:tcW w:w="4320" w:type="dxa"/>
          </w:tcPr>
          <w:p w14:paraId="3337AA6D" w14:textId="4F05B1AA" w:rsidR="00107656" w:rsidRPr="00CE7DAD" w:rsidRDefault="0051390A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Lesbian Day *</w:t>
            </w:r>
          </w:p>
        </w:tc>
      </w:tr>
      <w:tr w:rsidR="002130B2" w:rsidRPr="00CE7DAD" w14:paraId="41072547" w14:textId="77777777">
        <w:tc>
          <w:tcPr>
            <w:tcW w:w="4320" w:type="dxa"/>
          </w:tcPr>
          <w:p w14:paraId="601833E0" w14:textId="49637FC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11</w:t>
            </w:r>
          </w:p>
        </w:tc>
        <w:tc>
          <w:tcPr>
            <w:tcW w:w="4320" w:type="dxa"/>
          </w:tcPr>
          <w:p w14:paraId="1B8B1090" w14:textId="0D1D926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Dyslexia Awareness Week </w:t>
            </w:r>
            <w:r w:rsidR="00A523E9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A523E9" w:rsidRPr="00CE7DAD">
              <w:rPr>
                <w:color w:val="002060"/>
              </w:rPr>
              <w:t xml:space="preserve">) </w:t>
            </w:r>
            <w:r w:rsidR="005873B1" w:rsidRPr="00CE7DAD">
              <w:rPr>
                <w:color w:val="002060"/>
              </w:rPr>
              <w:t xml:space="preserve">*     </w:t>
            </w:r>
            <w:r w:rsidRPr="00CE7DAD">
              <w:rPr>
                <w:color w:val="002060"/>
              </w:rPr>
              <w:t xml:space="preserve"> Navrati </w:t>
            </w:r>
            <w:r w:rsidR="005873B1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5873B1" w:rsidRPr="00CE7DAD">
              <w:rPr>
                <w:color w:val="002060"/>
              </w:rPr>
              <w:t>) ^</w:t>
            </w:r>
          </w:p>
        </w:tc>
      </w:tr>
      <w:tr w:rsidR="002130B2" w:rsidRPr="00CE7DAD" w14:paraId="0B0CE70C" w14:textId="77777777">
        <w:tc>
          <w:tcPr>
            <w:tcW w:w="4320" w:type="dxa"/>
          </w:tcPr>
          <w:p w14:paraId="4A2DDAC7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12</w:t>
            </w:r>
          </w:p>
        </w:tc>
        <w:tc>
          <w:tcPr>
            <w:tcW w:w="4320" w:type="dxa"/>
          </w:tcPr>
          <w:p w14:paraId="5C2ED0CB" w14:textId="0DB659F0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Dyspraxia Awareness Week </w:t>
            </w:r>
            <w:r w:rsidR="005873B1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5873B1" w:rsidRPr="00CE7DAD">
              <w:rPr>
                <w:color w:val="002060"/>
              </w:rPr>
              <w:t>) *</w:t>
            </w:r>
          </w:p>
        </w:tc>
      </w:tr>
      <w:tr w:rsidR="002130B2" w:rsidRPr="00CE7DAD" w14:paraId="276196C7" w14:textId="77777777">
        <w:tc>
          <w:tcPr>
            <w:tcW w:w="4320" w:type="dxa"/>
          </w:tcPr>
          <w:p w14:paraId="09086F09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17</w:t>
            </w:r>
          </w:p>
        </w:tc>
        <w:tc>
          <w:tcPr>
            <w:tcW w:w="4320" w:type="dxa"/>
          </w:tcPr>
          <w:p w14:paraId="23985E2D" w14:textId="2D3CC10A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Durga Puja </w:t>
            </w:r>
            <w:r w:rsidR="005873B1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5873B1" w:rsidRPr="00CE7DAD">
              <w:rPr>
                <w:color w:val="002060"/>
              </w:rPr>
              <w:t>) ^</w:t>
            </w:r>
          </w:p>
        </w:tc>
      </w:tr>
      <w:tr w:rsidR="002130B2" w:rsidRPr="00CE7DAD" w14:paraId="326EA7E2" w14:textId="77777777">
        <w:tc>
          <w:tcPr>
            <w:tcW w:w="4320" w:type="dxa"/>
          </w:tcPr>
          <w:p w14:paraId="65E20D22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18</w:t>
            </w:r>
          </w:p>
        </w:tc>
        <w:tc>
          <w:tcPr>
            <w:tcW w:w="4320" w:type="dxa"/>
          </w:tcPr>
          <w:p w14:paraId="2C1EBE13" w14:textId="0FD883DF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Dyspraxia Awareness Week</w:t>
            </w:r>
            <w:r w:rsidR="005873B1" w:rsidRPr="00CE7DAD">
              <w:rPr>
                <w:color w:val="002060"/>
              </w:rPr>
              <w:t xml:space="preserve"> (end) * </w:t>
            </w:r>
            <w:r w:rsidRPr="00CE7DAD">
              <w:rPr>
                <w:color w:val="002060"/>
              </w:rPr>
              <w:t>International Menopause Day</w:t>
            </w:r>
            <w:r w:rsidR="00633640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1932C9B1" w14:textId="77777777">
        <w:tc>
          <w:tcPr>
            <w:tcW w:w="4320" w:type="dxa"/>
          </w:tcPr>
          <w:p w14:paraId="5A2B5FCB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lastRenderedPageBreak/>
              <w:t>20</w:t>
            </w:r>
          </w:p>
        </w:tc>
        <w:tc>
          <w:tcPr>
            <w:tcW w:w="4320" w:type="dxa"/>
          </w:tcPr>
          <w:p w14:paraId="4D06CEA7" w14:textId="216A4B4F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Navrati</w:t>
            </w:r>
            <w:r w:rsidR="00633640" w:rsidRPr="00CE7DAD">
              <w:rPr>
                <w:color w:val="002060"/>
              </w:rPr>
              <w:t xml:space="preserve"> (end) ^                                               </w:t>
            </w:r>
            <w:r w:rsidRPr="00CE7DAD">
              <w:rPr>
                <w:color w:val="002060"/>
              </w:rPr>
              <w:t xml:space="preserve"> Bijaya Dashami</w:t>
            </w:r>
            <w:r w:rsidR="00507FD5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4436900C" w14:textId="77777777">
        <w:tc>
          <w:tcPr>
            <w:tcW w:w="4320" w:type="dxa"/>
          </w:tcPr>
          <w:p w14:paraId="4C7049CA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21</w:t>
            </w:r>
          </w:p>
        </w:tc>
        <w:tc>
          <w:tcPr>
            <w:tcW w:w="4320" w:type="dxa"/>
          </w:tcPr>
          <w:p w14:paraId="0ACBB6F5" w14:textId="14F6B6CA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Pronouns Day</w:t>
            </w:r>
            <w:r w:rsidR="00507FD5" w:rsidRPr="00CE7DAD">
              <w:rPr>
                <w:color w:val="002060"/>
              </w:rPr>
              <w:t xml:space="preserve"> *                   </w:t>
            </w:r>
            <w:r w:rsidRPr="00CE7DAD">
              <w:rPr>
                <w:color w:val="002060"/>
              </w:rPr>
              <w:t xml:space="preserve"> Durga Puja end</w:t>
            </w:r>
            <w:r w:rsidR="00507FD5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545AA2A1" w14:textId="77777777">
        <w:tc>
          <w:tcPr>
            <w:tcW w:w="4320" w:type="dxa"/>
          </w:tcPr>
          <w:p w14:paraId="7C40FB4A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29</w:t>
            </w:r>
          </w:p>
        </w:tc>
        <w:tc>
          <w:tcPr>
            <w:tcW w:w="4320" w:type="dxa"/>
          </w:tcPr>
          <w:p w14:paraId="63F54B67" w14:textId="3D651656" w:rsidR="002130B2" w:rsidRPr="00CE7DAD" w:rsidRDefault="00D452F8">
            <w:pPr>
              <w:rPr>
                <w:color w:val="002060"/>
              </w:rPr>
            </w:pPr>
            <w:proofErr w:type="spellStart"/>
            <w:r w:rsidRPr="00CE7DAD">
              <w:rPr>
                <w:color w:val="002060"/>
              </w:rPr>
              <w:t>Karva</w:t>
            </w:r>
            <w:proofErr w:type="spellEnd"/>
            <w:r w:rsidRPr="00CE7DAD">
              <w:rPr>
                <w:color w:val="002060"/>
              </w:rPr>
              <w:t xml:space="preserve"> Chauth</w:t>
            </w:r>
            <w:r w:rsidR="00507FD5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25B9BC44" w14:textId="77777777">
        <w:tc>
          <w:tcPr>
            <w:tcW w:w="4320" w:type="dxa"/>
          </w:tcPr>
          <w:p w14:paraId="341DF020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30</w:t>
            </w:r>
          </w:p>
        </w:tc>
        <w:tc>
          <w:tcPr>
            <w:tcW w:w="4320" w:type="dxa"/>
          </w:tcPr>
          <w:p w14:paraId="7B91DC34" w14:textId="4B3BC540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Black History Month </w:t>
            </w:r>
            <w:r w:rsidR="00507FD5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507FD5" w:rsidRPr="00CE7DAD">
              <w:rPr>
                <w:color w:val="002060"/>
              </w:rPr>
              <w:t xml:space="preserve">) *                   </w:t>
            </w:r>
            <w:r w:rsidRPr="00CE7DAD">
              <w:rPr>
                <w:color w:val="002060"/>
              </w:rPr>
              <w:t xml:space="preserve"> ADHD Awareness Month </w:t>
            </w:r>
            <w:r w:rsidR="00507FD5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507FD5" w:rsidRPr="00CE7DAD">
              <w:rPr>
                <w:color w:val="002060"/>
              </w:rPr>
              <w:t>) *</w:t>
            </w:r>
          </w:p>
        </w:tc>
      </w:tr>
      <w:tr w:rsidR="002130B2" w:rsidRPr="00CE7DAD" w14:paraId="16322D10" w14:textId="77777777">
        <w:tc>
          <w:tcPr>
            <w:tcW w:w="4320" w:type="dxa"/>
          </w:tcPr>
          <w:p w14:paraId="61783C77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31</w:t>
            </w:r>
          </w:p>
        </w:tc>
        <w:tc>
          <w:tcPr>
            <w:tcW w:w="4320" w:type="dxa"/>
          </w:tcPr>
          <w:p w14:paraId="5CB4912C" w14:textId="52DEAF61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Samhain </w:t>
            </w:r>
            <w:r w:rsidR="00507FD5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</w:t>
            </w:r>
            <w:r w:rsidR="00507FD5" w:rsidRPr="00CE7DAD">
              <w:rPr>
                <w:color w:val="002060"/>
              </w:rPr>
              <w:t xml:space="preserve">t) ^                                     </w:t>
            </w:r>
            <w:r w:rsidRPr="00CE7DAD">
              <w:rPr>
                <w:color w:val="002060"/>
              </w:rPr>
              <w:t xml:space="preserve"> Halloween</w:t>
            </w:r>
            <w:r w:rsidR="00507FD5" w:rsidRPr="00CE7DAD">
              <w:rPr>
                <w:color w:val="002060"/>
              </w:rPr>
              <w:t xml:space="preserve"> ^</w:t>
            </w:r>
          </w:p>
        </w:tc>
      </w:tr>
    </w:tbl>
    <w:p w14:paraId="1DF77DC1" w14:textId="77777777" w:rsidR="002130B2" w:rsidRPr="00CE7DAD" w:rsidRDefault="002130B2">
      <w:pPr>
        <w:rPr>
          <w:color w:val="002060"/>
        </w:rPr>
      </w:pPr>
    </w:p>
    <w:p w14:paraId="3AA01EC5" w14:textId="77777777" w:rsidR="002130B2" w:rsidRPr="00CE7DAD" w:rsidRDefault="00D452F8">
      <w:pPr>
        <w:pStyle w:val="Heading1"/>
        <w:rPr>
          <w:color w:val="002060"/>
        </w:rPr>
      </w:pPr>
      <w:r w:rsidRPr="00CE7DAD">
        <w:rPr>
          <w:color w:val="002060"/>
        </w:rPr>
        <w:t>November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2130B2" w:rsidRPr="00CE7DAD" w14:paraId="7AB51A91" w14:textId="77777777">
        <w:tc>
          <w:tcPr>
            <w:tcW w:w="4320" w:type="dxa"/>
          </w:tcPr>
          <w:p w14:paraId="2BC93440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Date</w:t>
            </w:r>
          </w:p>
        </w:tc>
        <w:tc>
          <w:tcPr>
            <w:tcW w:w="4320" w:type="dxa"/>
          </w:tcPr>
          <w:p w14:paraId="60E63611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Event(s)</w:t>
            </w:r>
          </w:p>
        </w:tc>
      </w:tr>
      <w:tr w:rsidR="002130B2" w:rsidRPr="00CE7DAD" w14:paraId="06E29C96" w14:textId="77777777">
        <w:tc>
          <w:tcPr>
            <w:tcW w:w="4320" w:type="dxa"/>
          </w:tcPr>
          <w:p w14:paraId="10C91833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</w:t>
            </w:r>
          </w:p>
        </w:tc>
        <w:tc>
          <w:tcPr>
            <w:tcW w:w="4320" w:type="dxa"/>
          </w:tcPr>
          <w:p w14:paraId="49DC9122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Islamophobia Awareness Month </w:t>
            </w:r>
            <w:r w:rsidR="00507FD5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507FD5" w:rsidRPr="00CE7DAD">
              <w:rPr>
                <w:color w:val="002060"/>
              </w:rPr>
              <w:t xml:space="preserve">) * </w:t>
            </w:r>
            <w:r w:rsidRPr="00CE7DAD">
              <w:rPr>
                <w:color w:val="002060"/>
              </w:rPr>
              <w:t>All Saints Day</w:t>
            </w:r>
            <w:r w:rsidR="00507FD5" w:rsidRPr="00CE7DAD">
              <w:rPr>
                <w:color w:val="002060"/>
              </w:rPr>
              <w:t xml:space="preserve"> ^</w:t>
            </w:r>
          </w:p>
          <w:p w14:paraId="0DB2292F" w14:textId="5EB7D353" w:rsidR="00C050DA" w:rsidRPr="00CE7DAD" w:rsidRDefault="00C050DA">
            <w:pPr>
              <w:rPr>
                <w:color w:val="002060"/>
              </w:rPr>
            </w:pPr>
            <w:proofErr w:type="spellStart"/>
            <w:r w:rsidRPr="00CE7DAD">
              <w:rPr>
                <w:color w:val="002060"/>
              </w:rPr>
              <w:t>Sahmain</w:t>
            </w:r>
            <w:proofErr w:type="spellEnd"/>
            <w:r w:rsidRPr="00CE7DAD">
              <w:rPr>
                <w:color w:val="002060"/>
              </w:rPr>
              <w:t xml:space="preserve"> (end) ^</w:t>
            </w:r>
          </w:p>
        </w:tc>
      </w:tr>
      <w:tr w:rsidR="002130B2" w:rsidRPr="00CE7DAD" w14:paraId="3EDE727F" w14:textId="77777777">
        <w:tc>
          <w:tcPr>
            <w:tcW w:w="4320" w:type="dxa"/>
          </w:tcPr>
          <w:p w14:paraId="3E9DD5EC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</w:t>
            </w:r>
          </w:p>
        </w:tc>
        <w:tc>
          <w:tcPr>
            <w:tcW w:w="4320" w:type="dxa"/>
          </w:tcPr>
          <w:p w14:paraId="482497C0" w14:textId="06CAFFAB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All Souls Day</w:t>
            </w:r>
            <w:r w:rsidR="00507FD5" w:rsidRPr="00CE7DAD">
              <w:rPr>
                <w:color w:val="002060"/>
              </w:rPr>
              <w:t xml:space="preserve"> ^</w:t>
            </w:r>
          </w:p>
        </w:tc>
      </w:tr>
      <w:tr w:rsidR="003C5945" w:rsidRPr="00CE7DAD" w14:paraId="43D111FB" w14:textId="77777777">
        <w:tc>
          <w:tcPr>
            <w:tcW w:w="4320" w:type="dxa"/>
          </w:tcPr>
          <w:p w14:paraId="4A22A35A" w14:textId="46ABA4FF" w:rsidR="003C5945" w:rsidRPr="00CE7DAD" w:rsidRDefault="003C5945">
            <w:pPr>
              <w:rPr>
                <w:color w:val="002060"/>
              </w:rPr>
            </w:pPr>
            <w:r w:rsidRPr="00CE7DAD">
              <w:rPr>
                <w:color w:val="002060"/>
              </w:rPr>
              <w:t>6</w:t>
            </w:r>
          </w:p>
        </w:tc>
        <w:tc>
          <w:tcPr>
            <w:tcW w:w="4320" w:type="dxa"/>
          </w:tcPr>
          <w:p w14:paraId="2DE1A058" w14:textId="09690669" w:rsidR="003C5945" w:rsidRPr="00CE7DAD" w:rsidRDefault="003C5945">
            <w:pPr>
              <w:rPr>
                <w:color w:val="002060"/>
              </w:rPr>
            </w:pPr>
            <w:proofErr w:type="spellStart"/>
            <w:r w:rsidRPr="00CE7DAD">
              <w:rPr>
                <w:color w:val="002060"/>
              </w:rPr>
              <w:t>Dhanteres</w:t>
            </w:r>
            <w:proofErr w:type="spellEnd"/>
            <w:r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1A8EC2BA" w14:textId="77777777">
        <w:tc>
          <w:tcPr>
            <w:tcW w:w="4320" w:type="dxa"/>
          </w:tcPr>
          <w:p w14:paraId="76DB527E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8</w:t>
            </w:r>
          </w:p>
        </w:tc>
        <w:tc>
          <w:tcPr>
            <w:tcW w:w="4320" w:type="dxa"/>
          </w:tcPr>
          <w:p w14:paraId="56F89C3D" w14:textId="18FB5D33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 Faith Week</w:t>
            </w:r>
            <w:r w:rsidR="00507FD5" w:rsidRPr="00CE7DAD">
              <w:rPr>
                <w:color w:val="002060"/>
              </w:rPr>
              <w:t xml:space="preserve"> (start) </w:t>
            </w:r>
            <w:r w:rsidR="007A3CFE" w:rsidRPr="00CE7DAD">
              <w:rPr>
                <w:color w:val="002060"/>
              </w:rPr>
              <w:t xml:space="preserve">*                         </w:t>
            </w:r>
            <w:r w:rsidRPr="00CE7DAD">
              <w:rPr>
                <w:color w:val="002060"/>
              </w:rPr>
              <w:t>Diwali</w:t>
            </w:r>
            <w:r w:rsidR="007A3CFE" w:rsidRPr="00CE7DAD">
              <w:rPr>
                <w:color w:val="002060"/>
              </w:rPr>
              <w:t xml:space="preserve"> ^</w:t>
            </w:r>
          </w:p>
        </w:tc>
      </w:tr>
      <w:tr w:rsidR="003C5945" w:rsidRPr="00CE7DAD" w14:paraId="6EDF2859" w14:textId="77777777">
        <w:tc>
          <w:tcPr>
            <w:tcW w:w="4320" w:type="dxa"/>
          </w:tcPr>
          <w:p w14:paraId="11D8DB8A" w14:textId="7EBCC78D" w:rsidR="003C5945" w:rsidRPr="00CE7DAD" w:rsidRDefault="003C5945">
            <w:pPr>
              <w:rPr>
                <w:color w:val="002060"/>
              </w:rPr>
            </w:pPr>
            <w:r w:rsidRPr="00CE7DAD">
              <w:rPr>
                <w:color w:val="002060"/>
              </w:rPr>
              <w:t>10</w:t>
            </w:r>
          </w:p>
        </w:tc>
        <w:tc>
          <w:tcPr>
            <w:tcW w:w="4320" w:type="dxa"/>
          </w:tcPr>
          <w:p w14:paraId="476AFFAB" w14:textId="78E7FBF1" w:rsidR="003C5945" w:rsidRPr="00CE7DAD" w:rsidRDefault="003C5945">
            <w:pPr>
              <w:rPr>
                <w:color w:val="002060"/>
              </w:rPr>
            </w:pPr>
            <w:r w:rsidRPr="00CE7DAD">
              <w:rPr>
                <w:color w:val="002060"/>
              </w:rPr>
              <w:t>Birth of the Bab ^</w:t>
            </w:r>
          </w:p>
        </w:tc>
      </w:tr>
      <w:tr w:rsidR="002130B2" w:rsidRPr="00CE7DAD" w14:paraId="2E25F097" w14:textId="77777777">
        <w:tc>
          <w:tcPr>
            <w:tcW w:w="4320" w:type="dxa"/>
          </w:tcPr>
          <w:p w14:paraId="71D128FE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13</w:t>
            </w:r>
          </w:p>
        </w:tc>
        <w:tc>
          <w:tcPr>
            <w:tcW w:w="4320" w:type="dxa"/>
          </w:tcPr>
          <w:p w14:paraId="001E86CC" w14:textId="516EAA30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Trans Awareness Week</w:t>
            </w:r>
            <w:r w:rsidR="007A3CFE" w:rsidRPr="00CE7DAD">
              <w:rPr>
                <w:color w:val="002060"/>
              </w:rPr>
              <w:t xml:space="preserve"> (start) *         </w:t>
            </w:r>
            <w:r w:rsidRPr="00CE7DAD">
              <w:rPr>
                <w:color w:val="002060"/>
              </w:rPr>
              <w:t xml:space="preserve"> Chhath Puja </w:t>
            </w:r>
            <w:r w:rsidR="007A3CFE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7A3CFE" w:rsidRPr="00CE7DAD">
              <w:rPr>
                <w:color w:val="002060"/>
              </w:rPr>
              <w:t>) ^</w:t>
            </w:r>
          </w:p>
        </w:tc>
      </w:tr>
      <w:tr w:rsidR="002130B2" w:rsidRPr="00CE7DAD" w14:paraId="2E158C97" w14:textId="77777777">
        <w:tc>
          <w:tcPr>
            <w:tcW w:w="4320" w:type="dxa"/>
          </w:tcPr>
          <w:p w14:paraId="008B9858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15</w:t>
            </w:r>
          </w:p>
        </w:tc>
        <w:tc>
          <w:tcPr>
            <w:tcW w:w="4320" w:type="dxa"/>
          </w:tcPr>
          <w:p w14:paraId="06600E69" w14:textId="1E1F284B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Inter Faith Week </w:t>
            </w:r>
            <w:r w:rsidR="007A3CFE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7A3CFE" w:rsidRPr="00CE7DAD">
              <w:rPr>
                <w:color w:val="002060"/>
              </w:rPr>
              <w:t>) *</w:t>
            </w:r>
          </w:p>
        </w:tc>
      </w:tr>
      <w:tr w:rsidR="002130B2" w:rsidRPr="00CE7DAD" w14:paraId="6E16C02F" w14:textId="77777777">
        <w:tc>
          <w:tcPr>
            <w:tcW w:w="4320" w:type="dxa"/>
          </w:tcPr>
          <w:p w14:paraId="0BBF55E8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16</w:t>
            </w:r>
          </w:p>
        </w:tc>
        <w:tc>
          <w:tcPr>
            <w:tcW w:w="4320" w:type="dxa"/>
          </w:tcPr>
          <w:p w14:paraId="464F5FB0" w14:textId="40DD601A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Chhath Puja </w:t>
            </w:r>
            <w:r w:rsidR="007A3CFE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7A3CFE" w:rsidRPr="00CE7DAD">
              <w:rPr>
                <w:color w:val="002060"/>
              </w:rPr>
              <w:t>) ^</w:t>
            </w:r>
          </w:p>
        </w:tc>
      </w:tr>
      <w:tr w:rsidR="002130B2" w:rsidRPr="00CE7DAD" w14:paraId="3958997A" w14:textId="77777777">
        <w:tc>
          <w:tcPr>
            <w:tcW w:w="4320" w:type="dxa"/>
          </w:tcPr>
          <w:p w14:paraId="79D7BA1D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19</w:t>
            </w:r>
          </w:p>
        </w:tc>
        <w:tc>
          <w:tcPr>
            <w:tcW w:w="4320" w:type="dxa"/>
          </w:tcPr>
          <w:p w14:paraId="640BF23A" w14:textId="5CF5487B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Disability History Month </w:t>
            </w:r>
            <w:r w:rsidR="007A3CFE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7A3CFE" w:rsidRPr="00CE7DAD">
              <w:rPr>
                <w:color w:val="002060"/>
              </w:rPr>
              <w:t>) *</w:t>
            </w:r>
            <w:r w:rsidRPr="00CE7DAD">
              <w:rPr>
                <w:color w:val="002060"/>
              </w:rPr>
              <w:t xml:space="preserve"> International Men’s Day</w:t>
            </w:r>
            <w:r w:rsidR="007A3CFE" w:rsidRPr="00CE7DAD">
              <w:rPr>
                <w:color w:val="002060"/>
              </w:rPr>
              <w:t xml:space="preserve"> *                       </w:t>
            </w:r>
            <w:r w:rsidRPr="00CE7DAD">
              <w:rPr>
                <w:color w:val="002060"/>
              </w:rPr>
              <w:t xml:space="preserve"> Trans Awareness Week </w:t>
            </w:r>
            <w:r w:rsidR="007A3CFE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7A3CFE" w:rsidRPr="00CE7DAD">
              <w:rPr>
                <w:color w:val="002060"/>
              </w:rPr>
              <w:t>) *</w:t>
            </w:r>
          </w:p>
        </w:tc>
      </w:tr>
      <w:tr w:rsidR="002130B2" w:rsidRPr="00CE7DAD" w14:paraId="21C16F1A" w14:textId="77777777">
        <w:tc>
          <w:tcPr>
            <w:tcW w:w="4320" w:type="dxa"/>
          </w:tcPr>
          <w:p w14:paraId="1704A135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20</w:t>
            </w:r>
          </w:p>
        </w:tc>
        <w:tc>
          <w:tcPr>
            <w:tcW w:w="4320" w:type="dxa"/>
          </w:tcPr>
          <w:p w14:paraId="27A93776" w14:textId="656A10A9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Transgender Day of Remembrance</w:t>
            </w:r>
            <w:r w:rsidR="007A3CFE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2D0F0E60" w14:textId="77777777">
        <w:tc>
          <w:tcPr>
            <w:tcW w:w="4320" w:type="dxa"/>
          </w:tcPr>
          <w:p w14:paraId="14D00BFE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24</w:t>
            </w:r>
          </w:p>
        </w:tc>
        <w:tc>
          <w:tcPr>
            <w:tcW w:w="4320" w:type="dxa"/>
          </w:tcPr>
          <w:p w14:paraId="0C68D70F" w14:textId="46DF7D2A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Kartik Purnima</w:t>
            </w:r>
            <w:r w:rsidR="007A3CFE" w:rsidRPr="00CE7DAD">
              <w:rPr>
                <w:color w:val="002060"/>
              </w:rPr>
              <w:t xml:space="preserve"> ^                                          </w:t>
            </w:r>
            <w:r w:rsidRPr="00CE7DAD">
              <w:rPr>
                <w:color w:val="002060"/>
              </w:rPr>
              <w:t>Birthday of Guru Nanak</w:t>
            </w:r>
            <w:r w:rsidR="007A3CFE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247A8A73" w14:textId="77777777">
        <w:tc>
          <w:tcPr>
            <w:tcW w:w="4320" w:type="dxa"/>
          </w:tcPr>
          <w:p w14:paraId="35A74DFF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25</w:t>
            </w:r>
          </w:p>
        </w:tc>
        <w:tc>
          <w:tcPr>
            <w:tcW w:w="4320" w:type="dxa"/>
          </w:tcPr>
          <w:p w14:paraId="7679437D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Day for the Elimination of Violence Against Women</w:t>
            </w:r>
            <w:r w:rsidR="007A3CFE" w:rsidRPr="00CE7DAD">
              <w:rPr>
                <w:color w:val="002060"/>
              </w:rPr>
              <w:t xml:space="preserve"> *</w:t>
            </w:r>
          </w:p>
          <w:p w14:paraId="6E67F04C" w14:textId="3F0C78AE" w:rsidR="005C43DB" w:rsidRPr="00CE7DAD" w:rsidRDefault="005C43DB">
            <w:pPr>
              <w:rPr>
                <w:color w:val="002060"/>
              </w:rPr>
            </w:pPr>
            <w:r w:rsidRPr="00CE7DAD">
              <w:rPr>
                <w:color w:val="002060"/>
              </w:rPr>
              <w:t>Day of the Covenant ^</w:t>
            </w:r>
          </w:p>
        </w:tc>
      </w:tr>
      <w:tr w:rsidR="002130B2" w:rsidRPr="00CE7DAD" w14:paraId="24C6491A" w14:textId="77777777">
        <w:tc>
          <w:tcPr>
            <w:tcW w:w="4320" w:type="dxa"/>
          </w:tcPr>
          <w:p w14:paraId="0C1E148E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28</w:t>
            </w:r>
          </w:p>
        </w:tc>
        <w:tc>
          <w:tcPr>
            <w:tcW w:w="4320" w:type="dxa"/>
          </w:tcPr>
          <w:p w14:paraId="79073697" w14:textId="41FD6F4E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Ascension of Abdul-Baha</w:t>
            </w:r>
            <w:r w:rsidR="007A3CFE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44E593F4" w14:textId="77777777">
        <w:tc>
          <w:tcPr>
            <w:tcW w:w="4320" w:type="dxa"/>
          </w:tcPr>
          <w:p w14:paraId="65EF22DD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30</w:t>
            </w:r>
          </w:p>
        </w:tc>
        <w:tc>
          <w:tcPr>
            <w:tcW w:w="4320" w:type="dxa"/>
          </w:tcPr>
          <w:p w14:paraId="22196FDF" w14:textId="438F05AF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Islamophobia Awareness Month </w:t>
            </w:r>
            <w:r w:rsidR="007A3CFE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7A3CFE" w:rsidRPr="00CE7DAD">
              <w:rPr>
                <w:color w:val="002060"/>
              </w:rPr>
              <w:t>) *</w:t>
            </w:r>
          </w:p>
        </w:tc>
      </w:tr>
    </w:tbl>
    <w:p w14:paraId="3669DE98" w14:textId="77777777" w:rsidR="002130B2" w:rsidRPr="00CE7DAD" w:rsidRDefault="002130B2">
      <w:pPr>
        <w:rPr>
          <w:color w:val="002060"/>
        </w:rPr>
      </w:pPr>
    </w:p>
    <w:p w14:paraId="168D36BA" w14:textId="77777777" w:rsidR="002130B2" w:rsidRPr="00CE7DAD" w:rsidRDefault="00D452F8">
      <w:pPr>
        <w:pStyle w:val="Heading1"/>
        <w:rPr>
          <w:color w:val="002060"/>
        </w:rPr>
      </w:pPr>
      <w:r w:rsidRPr="00CE7DAD">
        <w:rPr>
          <w:color w:val="002060"/>
        </w:rPr>
        <w:t>December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2130B2" w:rsidRPr="00CE7DAD" w14:paraId="1CD40AB1" w14:textId="77777777">
        <w:tc>
          <w:tcPr>
            <w:tcW w:w="4320" w:type="dxa"/>
          </w:tcPr>
          <w:p w14:paraId="42793850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Date</w:t>
            </w:r>
          </w:p>
        </w:tc>
        <w:tc>
          <w:tcPr>
            <w:tcW w:w="4320" w:type="dxa"/>
          </w:tcPr>
          <w:p w14:paraId="3F723E7D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Event(s)</w:t>
            </w:r>
          </w:p>
        </w:tc>
      </w:tr>
      <w:tr w:rsidR="002130B2" w:rsidRPr="00CE7DAD" w14:paraId="387A870A" w14:textId="77777777">
        <w:tc>
          <w:tcPr>
            <w:tcW w:w="4320" w:type="dxa"/>
          </w:tcPr>
          <w:p w14:paraId="0DAAF482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</w:t>
            </w:r>
          </w:p>
        </w:tc>
        <w:tc>
          <w:tcPr>
            <w:tcW w:w="4320" w:type="dxa"/>
          </w:tcPr>
          <w:p w14:paraId="7272C849" w14:textId="00236416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World AIDS Day</w:t>
            </w:r>
            <w:r w:rsidR="00946503" w:rsidRPr="00CE7DAD">
              <w:rPr>
                <w:color w:val="002060"/>
              </w:rPr>
              <w:t xml:space="preserve"> * </w:t>
            </w:r>
          </w:p>
        </w:tc>
      </w:tr>
      <w:tr w:rsidR="002130B2" w:rsidRPr="00CE7DAD" w14:paraId="284A3941" w14:textId="77777777">
        <w:tc>
          <w:tcPr>
            <w:tcW w:w="4320" w:type="dxa"/>
          </w:tcPr>
          <w:p w14:paraId="4F9B6179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</w:t>
            </w:r>
          </w:p>
        </w:tc>
        <w:tc>
          <w:tcPr>
            <w:tcW w:w="4320" w:type="dxa"/>
          </w:tcPr>
          <w:p w14:paraId="16F74CCE" w14:textId="26802A20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Day for the Abolition of Slavery</w:t>
            </w:r>
            <w:r w:rsidR="00946503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614460C4" w14:textId="77777777">
        <w:tc>
          <w:tcPr>
            <w:tcW w:w="4320" w:type="dxa"/>
          </w:tcPr>
          <w:p w14:paraId="428331DA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3</w:t>
            </w:r>
          </w:p>
        </w:tc>
        <w:tc>
          <w:tcPr>
            <w:tcW w:w="4320" w:type="dxa"/>
          </w:tcPr>
          <w:p w14:paraId="3E1C5DB9" w14:textId="3BE291D9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Day of Persons with Disabilities</w:t>
            </w:r>
            <w:r w:rsidR="00946503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6218249B" w14:textId="77777777">
        <w:tc>
          <w:tcPr>
            <w:tcW w:w="4320" w:type="dxa"/>
          </w:tcPr>
          <w:p w14:paraId="174121E3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4</w:t>
            </w:r>
          </w:p>
        </w:tc>
        <w:tc>
          <w:tcPr>
            <w:tcW w:w="4320" w:type="dxa"/>
          </w:tcPr>
          <w:p w14:paraId="38BDBD69" w14:textId="6C13F426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Hanukkah </w:t>
            </w:r>
            <w:r w:rsidR="00946503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946503" w:rsidRPr="00CE7DAD">
              <w:rPr>
                <w:color w:val="002060"/>
              </w:rPr>
              <w:t>) ^</w:t>
            </w:r>
          </w:p>
        </w:tc>
      </w:tr>
      <w:tr w:rsidR="002130B2" w:rsidRPr="00CE7DAD" w14:paraId="62A10F25" w14:textId="77777777">
        <w:tc>
          <w:tcPr>
            <w:tcW w:w="4320" w:type="dxa"/>
          </w:tcPr>
          <w:p w14:paraId="534148BE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lastRenderedPageBreak/>
              <w:t>8</w:t>
            </w:r>
          </w:p>
        </w:tc>
        <w:tc>
          <w:tcPr>
            <w:tcW w:w="4320" w:type="dxa"/>
          </w:tcPr>
          <w:p w14:paraId="0A907339" w14:textId="5A295B70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Bodhi Day</w:t>
            </w:r>
            <w:r w:rsidR="00946503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3FC1B87D" w14:textId="77777777">
        <w:tc>
          <w:tcPr>
            <w:tcW w:w="4320" w:type="dxa"/>
          </w:tcPr>
          <w:p w14:paraId="57CEFC8B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12</w:t>
            </w:r>
          </w:p>
        </w:tc>
        <w:tc>
          <w:tcPr>
            <w:tcW w:w="4320" w:type="dxa"/>
          </w:tcPr>
          <w:p w14:paraId="3ABB553C" w14:textId="79C8DB58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Hanukkah </w:t>
            </w:r>
            <w:r w:rsidR="00946503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946503" w:rsidRPr="00CE7DAD">
              <w:rPr>
                <w:color w:val="002060"/>
              </w:rPr>
              <w:t>) ^</w:t>
            </w:r>
          </w:p>
        </w:tc>
      </w:tr>
      <w:tr w:rsidR="002130B2" w:rsidRPr="00CE7DAD" w14:paraId="38F58E61" w14:textId="77777777">
        <w:tc>
          <w:tcPr>
            <w:tcW w:w="4320" w:type="dxa"/>
          </w:tcPr>
          <w:p w14:paraId="05CF5726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19</w:t>
            </w:r>
          </w:p>
        </w:tc>
        <w:tc>
          <w:tcPr>
            <w:tcW w:w="4320" w:type="dxa"/>
          </w:tcPr>
          <w:p w14:paraId="7E4F0812" w14:textId="2C397A0D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Disability History Month </w:t>
            </w:r>
            <w:r w:rsidR="00946503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946503" w:rsidRPr="00CE7DAD">
              <w:rPr>
                <w:color w:val="002060"/>
              </w:rPr>
              <w:t>) *</w:t>
            </w:r>
          </w:p>
        </w:tc>
      </w:tr>
      <w:tr w:rsidR="002130B2" w:rsidRPr="00CE7DAD" w14:paraId="02D4D3A4" w14:textId="77777777">
        <w:tc>
          <w:tcPr>
            <w:tcW w:w="4320" w:type="dxa"/>
          </w:tcPr>
          <w:p w14:paraId="3F63F22F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21</w:t>
            </w:r>
          </w:p>
        </w:tc>
        <w:tc>
          <w:tcPr>
            <w:tcW w:w="4320" w:type="dxa"/>
          </w:tcPr>
          <w:p w14:paraId="784ED1D5" w14:textId="1B1306D0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Winter Solstice</w:t>
            </w:r>
            <w:r w:rsidR="00936167" w:rsidRPr="00CE7DAD">
              <w:rPr>
                <w:color w:val="002060"/>
              </w:rPr>
              <w:t xml:space="preserve"> </w:t>
            </w:r>
            <w:r w:rsidR="00CA5A8A" w:rsidRPr="00CE7DAD">
              <w:rPr>
                <w:color w:val="002060"/>
              </w:rPr>
              <w:t>^</w:t>
            </w:r>
          </w:p>
        </w:tc>
      </w:tr>
      <w:tr w:rsidR="002130B2" w:rsidRPr="00CE7DAD" w14:paraId="40F2B206" w14:textId="77777777">
        <w:tc>
          <w:tcPr>
            <w:tcW w:w="4320" w:type="dxa"/>
          </w:tcPr>
          <w:p w14:paraId="39C7E669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24</w:t>
            </w:r>
          </w:p>
        </w:tc>
        <w:tc>
          <w:tcPr>
            <w:tcW w:w="4320" w:type="dxa"/>
          </w:tcPr>
          <w:p w14:paraId="44DF2DF4" w14:textId="75ACBC33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Christmas Eve</w:t>
            </w:r>
            <w:r w:rsidR="00936167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258F25C3" w14:textId="77777777">
        <w:tc>
          <w:tcPr>
            <w:tcW w:w="4320" w:type="dxa"/>
          </w:tcPr>
          <w:p w14:paraId="39A4557D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25</w:t>
            </w:r>
          </w:p>
        </w:tc>
        <w:tc>
          <w:tcPr>
            <w:tcW w:w="4320" w:type="dxa"/>
          </w:tcPr>
          <w:p w14:paraId="707076EC" w14:textId="2E586B1E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Christmas Day</w:t>
            </w:r>
            <w:r w:rsidR="00936167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3DA6954F" w14:textId="77777777">
        <w:tc>
          <w:tcPr>
            <w:tcW w:w="4320" w:type="dxa"/>
          </w:tcPr>
          <w:p w14:paraId="7FA85E36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26</w:t>
            </w:r>
          </w:p>
        </w:tc>
        <w:tc>
          <w:tcPr>
            <w:tcW w:w="4320" w:type="dxa"/>
          </w:tcPr>
          <w:p w14:paraId="79333C8B" w14:textId="00AC7976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Boxing Day</w:t>
            </w:r>
            <w:r w:rsidR="00936167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087A022C" w14:textId="77777777">
        <w:tc>
          <w:tcPr>
            <w:tcW w:w="4320" w:type="dxa"/>
          </w:tcPr>
          <w:p w14:paraId="3ABAD86F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31</w:t>
            </w:r>
          </w:p>
        </w:tc>
        <w:tc>
          <w:tcPr>
            <w:tcW w:w="4320" w:type="dxa"/>
          </w:tcPr>
          <w:p w14:paraId="2D0DE0E8" w14:textId="4CA83BF6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New Year’s Eve</w:t>
            </w:r>
            <w:r w:rsidR="00936167" w:rsidRPr="00CE7DAD">
              <w:rPr>
                <w:color w:val="002060"/>
              </w:rPr>
              <w:t xml:space="preserve"> ^</w:t>
            </w:r>
          </w:p>
        </w:tc>
      </w:tr>
    </w:tbl>
    <w:p w14:paraId="4BB1F5F3" w14:textId="77777777" w:rsidR="002130B2" w:rsidRPr="00CE7DAD" w:rsidRDefault="002130B2">
      <w:pPr>
        <w:rPr>
          <w:color w:val="002060"/>
        </w:rPr>
      </w:pPr>
    </w:p>
    <w:p w14:paraId="05354C50" w14:textId="77777777" w:rsidR="002130B2" w:rsidRPr="00CE7DAD" w:rsidRDefault="00D452F8">
      <w:pPr>
        <w:pStyle w:val="Heading1"/>
        <w:rPr>
          <w:color w:val="002060"/>
        </w:rPr>
      </w:pPr>
      <w:r w:rsidRPr="00CE7DAD">
        <w:rPr>
          <w:color w:val="002060"/>
        </w:rPr>
        <w:t>January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2130B2" w:rsidRPr="00CE7DAD" w14:paraId="2A8F18A7" w14:textId="77777777">
        <w:tc>
          <w:tcPr>
            <w:tcW w:w="4320" w:type="dxa"/>
          </w:tcPr>
          <w:p w14:paraId="68BD5527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Date</w:t>
            </w:r>
          </w:p>
        </w:tc>
        <w:tc>
          <w:tcPr>
            <w:tcW w:w="4320" w:type="dxa"/>
          </w:tcPr>
          <w:p w14:paraId="4278ACEF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Event(s)</w:t>
            </w:r>
          </w:p>
        </w:tc>
      </w:tr>
      <w:tr w:rsidR="002130B2" w:rsidRPr="00CE7DAD" w14:paraId="6E8D3700" w14:textId="77777777">
        <w:tc>
          <w:tcPr>
            <w:tcW w:w="4320" w:type="dxa"/>
          </w:tcPr>
          <w:p w14:paraId="4EB1919D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</w:t>
            </w:r>
          </w:p>
        </w:tc>
        <w:tc>
          <w:tcPr>
            <w:tcW w:w="4320" w:type="dxa"/>
          </w:tcPr>
          <w:p w14:paraId="0D2C10CD" w14:textId="44ABDFAB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New Year’s Day</w:t>
            </w:r>
            <w:r w:rsidR="00936167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496191F7" w14:textId="77777777">
        <w:tc>
          <w:tcPr>
            <w:tcW w:w="4320" w:type="dxa"/>
          </w:tcPr>
          <w:p w14:paraId="3A83F37C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4</w:t>
            </w:r>
          </w:p>
        </w:tc>
        <w:tc>
          <w:tcPr>
            <w:tcW w:w="4320" w:type="dxa"/>
          </w:tcPr>
          <w:p w14:paraId="7320B8E1" w14:textId="5F0FAB85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World Braille Day</w:t>
            </w:r>
            <w:r w:rsidR="00936167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22C59C91" w14:textId="77777777">
        <w:tc>
          <w:tcPr>
            <w:tcW w:w="4320" w:type="dxa"/>
          </w:tcPr>
          <w:p w14:paraId="3F297EE2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6</w:t>
            </w:r>
          </w:p>
        </w:tc>
        <w:tc>
          <w:tcPr>
            <w:tcW w:w="4320" w:type="dxa"/>
          </w:tcPr>
          <w:p w14:paraId="35F568E3" w14:textId="1DC774BD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Epiphany</w:t>
            </w:r>
            <w:r w:rsidR="00936167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7B7FB0C3" w14:textId="77777777">
        <w:tc>
          <w:tcPr>
            <w:tcW w:w="4320" w:type="dxa"/>
          </w:tcPr>
          <w:p w14:paraId="121420D3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7</w:t>
            </w:r>
          </w:p>
        </w:tc>
        <w:tc>
          <w:tcPr>
            <w:tcW w:w="4320" w:type="dxa"/>
          </w:tcPr>
          <w:p w14:paraId="293BF055" w14:textId="41A7A985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Orthodox Christmas</w:t>
            </w:r>
            <w:r w:rsidR="00936167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363EF1BB" w14:textId="77777777">
        <w:tc>
          <w:tcPr>
            <w:tcW w:w="4320" w:type="dxa"/>
          </w:tcPr>
          <w:p w14:paraId="6CAD1868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8</w:t>
            </w:r>
          </w:p>
        </w:tc>
        <w:tc>
          <w:tcPr>
            <w:tcW w:w="4320" w:type="dxa"/>
          </w:tcPr>
          <w:p w14:paraId="478E3974" w14:textId="0DF40E52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Ethnicity Pay Gap Day</w:t>
            </w:r>
            <w:r w:rsidR="00727595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15882A88" w14:textId="77777777">
        <w:tc>
          <w:tcPr>
            <w:tcW w:w="4320" w:type="dxa"/>
          </w:tcPr>
          <w:p w14:paraId="27CC5D90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14</w:t>
            </w:r>
          </w:p>
        </w:tc>
        <w:tc>
          <w:tcPr>
            <w:tcW w:w="4320" w:type="dxa"/>
          </w:tcPr>
          <w:p w14:paraId="662E33DA" w14:textId="3F8DF3C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Makar Sankranti</w:t>
            </w:r>
            <w:r w:rsidR="00727595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20FB024E" w14:textId="77777777">
        <w:tc>
          <w:tcPr>
            <w:tcW w:w="4320" w:type="dxa"/>
          </w:tcPr>
          <w:p w14:paraId="23D4724F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15</w:t>
            </w:r>
          </w:p>
        </w:tc>
        <w:tc>
          <w:tcPr>
            <w:tcW w:w="4320" w:type="dxa"/>
          </w:tcPr>
          <w:p w14:paraId="2831FE71" w14:textId="2C4AB5C5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Guru Gobind Singh Jayanti</w:t>
            </w:r>
            <w:r w:rsidR="00727595" w:rsidRPr="00CE7DAD">
              <w:rPr>
                <w:color w:val="002060"/>
              </w:rPr>
              <w:t xml:space="preserve"> ^                 </w:t>
            </w:r>
            <w:r w:rsidRPr="00CE7DAD">
              <w:rPr>
                <w:color w:val="002060"/>
              </w:rPr>
              <w:t xml:space="preserve"> Pongal </w:t>
            </w:r>
            <w:r w:rsidR="00727595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</w:t>
            </w:r>
            <w:r w:rsidR="00727595" w:rsidRPr="00CE7DAD">
              <w:rPr>
                <w:color w:val="002060"/>
              </w:rPr>
              <w:t xml:space="preserve">t) ^                                          </w:t>
            </w:r>
            <w:r w:rsidRPr="00CE7DAD">
              <w:rPr>
                <w:color w:val="002060"/>
              </w:rPr>
              <w:t xml:space="preserve"> Maghi</w:t>
            </w:r>
            <w:r w:rsidR="00727595" w:rsidRPr="00CE7DAD">
              <w:rPr>
                <w:color w:val="002060"/>
              </w:rPr>
              <w:t xml:space="preserve"> ^</w:t>
            </w:r>
          </w:p>
        </w:tc>
      </w:tr>
      <w:tr w:rsidR="003E046C" w:rsidRPr="00CE7DAD" w14:paraId="102A1D43" w14:textId="77777777">
        <w:tc>
          <w:tcPr>
            <w:tcW w:w="4320" w:type="dxa"/>
          </w:tcPr>
          <w:p w14:paraId="0F9BA236" w14:textId="3DBA3450" w:rsidR="003E046C" w:rsidRPr="00CE7DAD" w:rsidRDefault="003E046C">
            <w:pPr>
              <w:rPr>
                <w:color w:val="002060"/>
              </w:rPr>
            </w:pPr>
            <w:r w:rsidRPr="00CE7DAD">
              <w:rPr>
                <w:color w:val="002060"/>
              </w:rPr>
              <w:t>17</w:t>
            </w:r>
          </w:p>
        </w:tc>
        <w:tc>
          <w:tcPr>
            <w:tcW w:w="4320" w:type="dxa"/>
          </w:tcPr>
          <w:p w14:paraId="60AAB68D" w14:textId="22E81D75" w:rsidR="003E046C" w:rsidRPr="00CE7DAD" w:rsidRDefault="003E046C">
            <w:pPr>
              <w:rPr>
                <w:color w:val="002060"/>
              </w:rPr>
            </w:pPr>
            <w:r w:rsidRPr="00CE7DAD">
              <w:rPr>
                <w:color w:val="002060"/>
              </w:rPr>
              <w:t>World Religion Day *</w:t>
            </w:r>
          </w:p>
        </w:tc>
      </w:tr>
      <w:tr w:rsidR="002130B2" w:rsidRPr="00CE7DAD" w14:paraId="6A8E03FC" w14:textId="77777777">
        <w:tc>
          <w:tcPr>
            <w:tcW w:w="4320" w:type="dxa"/>
          </w:tcPr>
          <w:p w14:paraId="5894283A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18</w:t>
            </w:r>
          </w:p>
        </w:tc>
        <w:tc>
          <w:tcPr>
            <w:tcW w:w="4320" w:type="dxa"/>
          </w:tcPr>
          <w:p w14:paraId="46D81442" w14:textId="5DEDEA71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Martin Luther King Jr Day</w:t>
            </w:r>
            <w:r w:rsidR="00834DA8" w:rsidRPr="00CE7DAD">
              <w:rPr>
                <w:color w:val="002060"/>
              </w:rPr>
              <w:t xml:space="preserve"> *                  </w:t>
            </w:r>
            <w:r w:rsidRPr="00CE7DAD">
              <w:rPr>
                <w:color w:val="002060"/>
              </w:rPr>
              <w:t xml:space="preserve"> Pongal </w:t>
            </w:r>
            <w:r w:rsidR="00834DA8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834DA8" w:rsidRPr="00CE7DAD">
              <w:rPr>
                <w:color w:val="002060"/>
              </w:rPr>
              <w:t>) ^</w:t>
            </w:r>
          </w:p>
        </w:tc>
      </w:tr>
      <w:tr w:rsidR="002130B2" w:rsidRPr="00CE7DAD" w14:paraId="0746A291" w14:textId="77777777">
        <w:tc>
          <w:tcPr>
            <w:tcW w:w="4320" w:type="dxa"/>
          </w:tcPr>
          <w:p w14:paraId="653BDCD8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22</w:t>
            </w:r>
          </w:p>
        </w:tc>
        <w:tc>
          <w:tcPr>
            <w:tcW w:w="4320" w:type="dxa"/>
          </w:tcPr>
          <w:p w14:paraId="449445CD" w14:textId="1B38562F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Mahayana New Year</w:t>
            </w:r>
            <w:r w:rsidR="00834DA8" w:rsidRPr="00CE7DAD">
              <w:rPr>
                <w:color w:val="002060"/>
              </w:rPr>
              <w:t xml:space="preserve"> ^                                    </w:t>
            </w:r>
            <w:r w:rsidRPr="00CE7DAD">
              <w:rPr>
                <w:color w:val="002060"/>
              </w:rPr>
              <w:t xml:space="preserve"> Tu </w:t>
            </w:r>
            <w:proofErr w:type="spellStart"/>
            <w:r w:rsidRPr="00CE7DAD">
              <w:rPr>
                <w:color w:val="002060"/>
              </w:rPr>
              <w:t>BiShvat</w:t>
            </w:r>
            <w:proofErr w:type="spellEnd"/>
            <w:r w:rsidRPr="00CE7DAD">
              <w:rPr>
                <w:color w:val="002060"/>
              </w:rPr>
              <w:t xml:space="preserve"> </w:t>
            </w:r>
            <w:r w:rsidR="00834DA8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834DA8" w:rsidRPr="00CE7DAD">
              <w:rPr>
                <w:color w:val="002060"/>
              </w:rPr>
              <w:t>) ^</w:t>
            </w:r>
          </w:p>
        </w:tc>
      </w:tr>
      <w:tr w:rsidR="002130B2" w:rsidRPr="00CE7DAD" w14:paraId="6419CA22" w14:textId="77777777">
        <w:tc>
          <w:tcPr>
            <w:tcW w:w="4320" w:type="dxa"/>
          </w:tcPr>
          <w:p w14:paraId="3BD74707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23</w:t>
            </w:r>
          </w:p>
        </w:tc>
        <w:tc>
          <w:tcPr>
            <w:tcW w:w="4320" w:type="dxa"/>
          </w:tcPr>
          <w:p w14:paraId="0FE40CD0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Tu </w:t>
            </w:r>
            <w:proofErr w:type="spellStart"/>
            <w:r w:rsidRPr="00CE7DAD">
              <w:rPr>
                <w:color w:val="002060"/>
              </w:rPr>
              <w:t>BiShvat</w:t>
            </w:r>
            <w:proofErr w:type="spellEnd"/>
            <w:r w:rsidRPr="00CE7DAD">
              <w:rPr>
                <w:color w:val="002060"/>
              </w:rPr>
              <w:t xml:space="preserve"> </w:t>
            </w:r>
            <w:r w:rsidR="00834DA8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834DA8" w:rsidRPr="00CE7DAD">
              <w:rPr>
                <w:color w:val="002060"/>
              </w:rPr>
              <w:t>) ^</w:t>
            </w:r>
          </w:p>
          <w:p w14:paraId="4CCCB3C7" w14:textId="7A9C86A3" w:rsidR="00B90289" w:rsidRPr="00CE7DAD" w:rsidRDefault="00B90289">
            <w:pPr>
              <w:rPr>
                <w:color w:val="002060"/>
              </w:rPr>
            </w:pPr>
            <w:proofErr w:type="spellStart"/>
            <w:r w:rsidRPr="00CE7DAD">
              <w:rPr>
                <w:color w:val="002060"/>
              </w:rPr>
              <w:t>Lailutal</w:t>
            </w:r>
            <w:proofErr w:type="spellEnd"/>
            <w:r w:rsidRPr="00CE7DAD">
              <w:rPr>
                <w:color w:val="002060"/>
              </w:rPr>
              <w:t xml:space="preserve"> Barat (start)</w:t>
            </w:r>
            <w:r w:rsidR="005E021F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102A7984" w14:textId="77777777">
        <w:tc>
          <w:tcPr>
            <w:tcW w:w="4320" w:type="dxa"/>
          </w:tcPr>
          <w:p w14:paraId="4C6C6952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24</w:t>
            </w:r>
          </w:p>
        </w:tc>
        <w:tc>
          <w:tcPr>
            <w:tcW w:w="4320" w:type="dxa"/>
          </w:tcPr>
          <w:p w14:paraId="545D621E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Day of Education</w:t>
            </w:r>
            <w:r w:rsidR="00834DA8" w:rsidRPr="00CE7DAD">
              <w:rPr>
                <w:color w:val="002060"/>
              </w:rPr>
              <w:t xml:space="preserve"> *</w:t>
            </w:r>
          </w:p>
          <w:p w14:paraId="76114900" w14:textId="2E607AF5" w:rsidR="005E021F" w:rsidRPr="00CE7DAD" w:rsidRDefault="00025AD4">
            <w:pPr>
              <w:rPr>
                <w:color w:val="002060"/>
              </w:rPr>
            </w:pPr>
            <w:proofErr w:type="spellStart"/>
            <w:r w:rsidRPr="00CE7DAD">
              <w:rPr>
                <w:color w:val="002060"/>
              </w:rPr>
              <w:t>Lailutal</w:t>
            </w:r>
            <w:proofErr w:type="spellEnd"/>
            <w:r w:rsidRPr="00CE7DAD">
              <w:rPr>
                <w:color w:val="002060"/>
              </w:rPr>
              <w:t xml:space="preserve"> Barat (end) ^</w:t>
            </w:r>
          </w:p>
        </w:tc>
      </w:tr>
      <w:tr w:rsidR="002130B2" w:rsidRPr="00CE7DAD" w14:paraId="04B3FFE1" w14:textId="77777777">
        <w:tc>
          <w:tcPr>
            <w:tcW w:w="4320" w:type="dxa"/>
          </w:tcPr>
          <w:p w14:paraId="488481D0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27</w:t>
            </w:r>
          </w:p>
        </w:tc>
        <w:tc>
          <w:tcPr>
            <w:tcW w:w="4320" w:type="dxa"/>
          </w:tcPr>
          <w:p w14:paraId="1E74DFA2" w14:textId="2D0B541E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Holocaust Memorial Day</w:t>
            </w:r>
            <w:r w:rsidR="00834DA8" w:rsidRPr="00CE7DAD">
              <w:rPr>
                <w:color w:val="002060"/>
              </w:rPr>
              <w:t xml:space="preserve"> *</w:t>
            </w:r>
          </w:p>
        </w:tc>
      </w:tr>
    </w:tbl>
    <w:p w14:paraId="086C0CCB" w14:textId="77777777" w:rsidR="002130B2" w:rsidRPr="00CE7DAD" w:rsidRDefault="002130B2">
      <w:pPr>
        <w:rPr>
          <w:color w:val="002060"/>
        </w:rPr>
      </w:pPr>
    </w:p>
    <w:p w14:paraId="3433881C" w14:textId="77777777" w:rsidR="002130B2" w:rsidRPr="00CE7DAD" w:rsidRDefault="00D452F8">
      <w:pPr>
        <w:pStyle w:val="Heading1"/>
        <w:rPr>
          <w:color w:val="002060"/>
        </w:rPr>
      </w:pPr>
      <w:r w:rsidRPr="00CE7DAD">
        <w:rPr>
          <w:color w:val="002060"/>
        </w:rPr>
        <w:t>February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2130B2" w:rsidRPr="00CE7DAD" w14:paraId="06B40E98" w14:textId="77777777">
        <w:tc>
          <w:tcPr>
            <w:tcW w:w="4320" w:type="dxa"/>
          </w:tcPr>
          <w:p w14:paraId="37F97523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Date</w:t>
            </w:r>
          </w:p>
        </w:tc>
        <w:tc>
          <w:tcPr>
            <w:tcW w:w="4320" w:type="dxa"/>
          </w:tcPr>
          <w:p w14:paraId="780F86D2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Event(s)</w:t>
            </w:r>
          </w:p>
        </w:tc>
      </w:tr>
      <w:tr w:rsidR="002130B2" w:rsidRPr="00CE7DAD" w14:paraId="3B867B61" w14:textId="77777777">
        <w:tc>
          <w:tcPr>
            <w:tcW w:w="4320" w:type="dxa"/>
          </w:tcPr>
          <w:p w14:paraId="44A08AB3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</w:t>
            </w:r>
          </w:p>
        </w:tc>
        <w:tc>
          <w:tcPr>
            <w:tcW w:w="4320" w:type="dxa"/>
          </w:tcPr>
          <w:p w14:paraId="5DF5D8AE" w14:textId="5FBF7DC2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LGBTQ+ History Month </w:t>
            </w:r>
            <w:r w:rsidR="00834DA8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834DA8" w:rsidRPr="00CE7DAD">
              <w:rPr>
                <w:color w:val="002060"/>
              </w:rPr>
              <w:t xml:space="preserve">) *          </w:t>
            </w:r>
            <w:r w:rsidRPr="00CE7DAD">
              <w:rPr>
                <w:color w:val="002060"/>
              </w:rPr>
              <w:t xml:space="preserve"> World Hijab Day</w:t>
            </w:r>
            <w:r w:rsidR="00834DA8" w:rsidRPr="00CE7DAD">
              <w:rPr>
                <w:color w:val="002060"/>
              </w:rPr>
              <w:t xml:space="preserve"> *                                     </w:t>
            </w:r>
            <w:r w:rsidRPr="00CE7DAD">
              <w:rPr>
                <w:color w:val="002060"/>
              </w:rPr>
              <w:t xml:space="preserve"> Sexual Abuse Awareness Week </w:t>
            </w:r>
            <w:r w:rsidR="00834DA8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834DA8" w:rsidRPr="00CE7DAD">
              <w:rPr>
                <w:color w:val="002060"/>
              </w:rPr>
              <w:t>)</w:t>
            </w:r>
            <w:r w:rsidR="00264E3A" w:rsidRPr="00CE7DAD">
              <w:rPr>
                <w:color w:val="002060"/>
              </w:rPr>
              <w:t xml:space="preserve"> * </w:t>
            </w:r>
            <w:r w:rsidRPr="00CE7DAD">
              <w:rPr>
                <w:color w:val="002060"/>
              </w:rPr>
              <w:t xml:space="preserve">Race Equality Week </w:t>
            </w:r>
            <w:r w:rsidR="00264E3A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264E3A" w:rsidRPr="00CE7DAD">
              <w:rPr>
                <w:color w:val="002060"/>
              </w:rPr>
              <w:t>) *</w:t>
            </w:r>
          </w:p>
        </w:tc>
      </w:tr>
      <w:tr w:rsidR="002130B2" w:rsidRPr="00CE7DAD" w14:paraId="3B4BB947" w14:textId="77777777">
        <w:tc>
          <w:tcPr>
            <w:tcW w:w="4320" w:type="dxa"/>
          </w:tcPr>
          <w:p w14:paraId="31380EDB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6</w:t>
            </w:r>
          </w:p>
        </w:tc>
        <w:tc>
          <w:tcPr>
            <w:tcW w:w="4320" w:type="dxa"/>
          </w:tcPr>
          <w:p w14:paraId="4E9EC07F" w14:textId="31196DDD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Day of Zero Tolerance to F</w:t>
            </w:r>
            <w:r w:rsidR="00264E3A" w:rsidRPr="00CE7DAD">
              <w:rPr>
                <w:color w:val="002060"/>
              </w:rPr>
              <w:t>emale Genitalia Mut</w:t>
            </w:r>
            <w:r w:rsidR="00BC3A85" w:rsidRPr="00CE7DAD">
              <w:rPr>
                <w:color w:val="002060"/>
              </w:rPr>
              <w:t xml:space="preserve">ilation *                  </w:t>
            </w:r>
            <w:r w:rsidRPr="00CE7DAD">
              <w:rPr>
                <w:color w:val="002060"/>
              </w:rPr>
              <w:t xml:space="preserve">Lunar New Year </w:t>
            </w:r>
            <w:r w:rsidR="00BC3A85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BC3A85" w:rsidRPr="00CE7DAD">
              <w:rPr>
                <w:color w:val="002060"/>
              </w:rPr>
              <w:t>) ^</w:t>
            </w:r>
          </w:p>
        </w:tc>
      </w:tr>
      <w:tr w:rsidR="002130B2" w:rsidRPr="00CE7DAD" w14:paraId="4FF6248B" w14:textId="77777777">
        <w:tc>
          <w:tcPr>
            <w:tcW w:w="4320" w:type="dxa"/>
          </w:tcPr>
          <w:p w14:paraId="630FBD45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7</w:t>
            </w:r>
          </w:p>
        </w:tc>
        <w:tc>
          <w:tcPr>
            <w:tcW w:w="4320" w:type="dxa"/>
          </w:tcPr>
          <w:p w14:paraId="6DDCF028" w14:textId="2A277C81" w:rsidR="002130B2" w:rsidRPr="00CE7DAD" w:rsidRDefault="008A2747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 Sexual  Abuse </w:t>
            </w:r>
            <w:r w:rsidR="00D452F8" w:rsidRPr="00CE7DAD">
              <w:rPr>
                <w:color w:val="002060"/>
              </w:rPr>
              <w:t xml:space="preserve">Awareness Week </w:t>
            </w:r>
            <w:r w:rsidR="00BC3A85" w:rsidRPr="00CE7DAD">
              <w:rPr>
                <w:color w:val="002060"/>
              </w:rPr>
              <w:t>(</w:t>
            </w:r>
            <w:r w:rsidR="00D452F8" w:rsidRPr="00CE7DAD">
              <w:rPr>
                <w:color w:val="002060"/>
              </w:rPr>
              <w:t>end</w:t>
            </w:r>
            <w:r w:rsidR="00BC3A85" w:rsidRPr="00CE7DAD">
              <w:rPr>
                <w:color w:val="002060"/>
              </w:rPr>
              <w:t xml:space="preserve">) *                           </w:t>
            </w:r>
            <w:r w:rsidR="00D452F8" w:rsidRPr="00CE7DAD">
              <w:rPr>
                <w:color w:val="002060"/>
              </w:rPr>
              <w:t xml:space="preserve"> Race Equality Week </w:t>
            </w:r>
            <w:r w:rsidRPr="00CE7DAD">
              <w:rPr>
                <w:color w:val="002060"/>
              </w:rPr>
              <w:t>(</w:t>
            </w:r>
            <w:r w:rsidR="00D452F8" w:rsidRPr="00CE7DAD">
              <w:rPr>
                <w:color w:val="002060"/>
              </w:rPr>
              <w:t>end</w:t>
            </w:r>
            <w:r w:rsidRPr="00CE7DAD">
              <w:rPr>
                <w:color w:val="002060"/>
              </w:rPr>
              <w:t xml:space="preserve">) *              </w:t>
            </w:r>
            <w:r w:rsidR="00D452F8" w:rsidRPr="00CE7DAD">
              <w:rPr>
                <w:color w:val="002060"/>
              </w:rPr>
              <w:t xml:space="preserve"> Ramadan </w:t>
            </w:r>
            <w:r w:rsidRPr="00CE7DAD">
              <w:rPr>
                <w:color w:val="002060"/>
              </w:rPr>
              <w:t>(</w:t>
            </w:r>
            <w:r w:rsidR="00D452F8" w:rsidRPr="00CE7DAD">
              <w:rPr>
                <w:color w:val="002060"/>
              </w:rPr>
              <w:t>start</w:t>
            </w:r>
            <w:r w:rsidRPr="00CE7DAD">
              <w:rPr>
                <w:color w:val="002060"/>
              </w:rPr>
              <w:t>)</w:t>
            </w:r>
            <w:r w:rsidR="00911A2F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3D2ED396" w14:textId="77777777">
        <w:tc>
          <w:tcPr>
            <w:tcW w:w="4320" w:type="dxa"/>
          </w:tcPr>
          <w:p w14:paraId="30E4C5A2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8</w:t>
            </w:r>
          </w:p>
        </w:tc>
        <w:tc>
          <w:tcPr>
            <w:tcW w:w="4320" w:type="dxa"/>
          </w:tcPr>
          <w:p w14:paraId="537EA939" w14:textId="7AEC1A1A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Epilepsy Day</w:t>
            </w:r>
            <w:r w:rsidR="00911A2F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7DE28680" w14:textId="77777777">
        <w:tc>
          <w:tcPr>
            <w:tcW w:w="4320" w:type="dxa"/>
          </w:tcPr>
          <w:p w14:paraId="48780034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lastRenderedPageBreak/>
              <w:t>10</w:t>
            </w:r>
          </w:p>
        </w:tc>
        <w:tc>
          <w:tcPr>
            <w:tcW w:w="4320" w:type="dxa"/>
          </w:tcPr>
          <w:p w14:paraId="3EAC9525" w14:textId="2913217D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Ash Wednesday</w:t>
            </w:r>
            <w:r w:rsidR="00911A2F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5BC1EB8F" w14:textId="77777777">
        <w:tc>
          <w:tcPr>
            <w:tcW w:w="4320" w:type="dxa"/>
          </w:tcPr>
          <w:p w14:paraId="764EE970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11</w:t>
            </w:r>
          </w:p>
        </w:tc>
        <w:tc>
          <w:tcPr>
            <w:tcW w:w="4320" w:type="dxa"/>
          </w:tcPr>
          <w:p w14:paraId="4C5E6127" w14:textId="06791F8C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Day of Women and Girls in Science</w:t>
            </w:r>
            <w:r w:rsidR="00911A2F" w:rsidRPr="00CE7DAD">
              <w:rPr>
                <w:color w:val="002060"/>
              </w:rPr>
              <w:t xml:space="preserve"> *                                                      </w:t>
            </w:r>
            <w:r w:rsidRPr="00CE7DAD">
              <w:rPr>
                <w:color w:val="002060"/>
              </w:rPr>
              <w:t xml:space="preserve"> Vasant Panchami</w:t>
            </w:r>
            <w:r w:rsidR="00911A2F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22A00D50" w14:textId="77777777">
        <w:tc>
          <w:tcPr>
            <w:tcW w:w="4320" w:type="dxa"/>
          </w:tcPr>
          <w:p w14:paraId="3976B759" w14:textId="2DD9DEF0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</w:t>
            </w:r>
            <w:r w:rsidR="005A7559" w:rsidRPr="00CE7DAD">
              <w:rPr>
                <w:color w:val="002060"/>
              </w:rPr>
              <w:t>5</w:t>
            </w:r>
          </w:p>
        </w:tc>
        <w:tc>
          <w:tcPr>
            <w:tcW w:w="4320" w:type="dxa"/>
          </w:tcPr>
          <w:p w14:paraId="1A64A87A" w14:textId="16CA7191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Parinirvana</w:t>
            </w:r>
            <w:r w:rsidR="00911A2F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5A447856" w14:textId="77777777">
        <w:tc>
          <w:tcPr>
            <w:tcW w:w="4320" w:type="dxa"/>
          </w:tcPr>
          <w:p w14:paraId="712B8A5B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20</w:t>
            </w:r>
          </w:p>
        </w:tc>
        <w:tc>
          <w:tcPr>
            <w:tcW w:w="4320" w:type="dxa"/>
          </w:tcPr>
          <w:p w14:paraId="2E67AC29" w14:textId="0EE85B0F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Lunar New Year end</w:t>
            </w:r>
            <w:r w:rsidR="00911A2F" w:rsidRPr="00CE7DAD">
              <w:rPr>
                <w:color w:val="002060"/>
              </w:rPr>
              <w:t xml:space="preserve"> ^                             </w:t>
            </w:r>
            <w:r w:rsidRPr="00CE7DAD">
              <w:rPr>
                <w:color w:val="002060"/>
              </w:rPr>
              <w:t xml:space="preserve"> World Day of Social Justice</w:t>
            </w:r>
            <w:r w:rsidR="00911A2F" w:rsidRPr="00CE7DAD">
              <w:rPr>
                <w:color w:val="002060"/>
              </w:rPr>
              <w:t xml:space="preserve"> *</w:t>
            </w:r>
          </w:p>
        </w:tc>
      </w:tr>
      <w:tr w:rsidR="005A7559" w:rsidRPr="00CE7DAD" w14:paraId="58494FFB" w14:textId="77777777">
        <w:tc>
          <w:tcPr>
            <w:tcW w:w="4320" w:type="dxa"/>
          </w:tcPr>
          <w:p w14:paraId="6F833239" w14:textId="5FF6EB6C" w:rsidR="005A7559" w:rsidRPr="00CE7DAD" w:rsidRDefault="005A7559">
            <w:pPr>
              <w:rPr>
                <w:color w:val="002060"/>
              </w:rPr>
            </w:pPr>
            <w:r w:rsidRPr="00CE7DAD">
              <w:rPr>
                <w:color w:val="002060"/>
              </w:rPr>
              <w:t>21</w:t>
            </w:r>
          </w:p>
        </w:tc>
        <w:tc>
          <w:tcPr>
            <w:tcW w:w="4320" w:type="dxa"/>
          </w:tcPr>
          <w:p w14:paraId="172A9957" w14:textId="1D24F089" w:rsidR="005A7559" w:rsidRPr="00CE7DAD" w:rsidRDefault="005A5154">
            <w:pPr>
              <w:rPr>
                <w:color w:val="002060"/>
              </w:rPr>
            </w:pPr>
            <w:r w:rsidRPr="00CE7DAD">
              <w:rPr>
                <w:color w:val="002060"/>
              </w:rPr>
              <w:t>Magha Puja ^</w:t>
            </w:r>
          </w:p>
        </w:tc>
      </w:tr>
      <w:tr w:rsidR="002130B2" w:rsidRPr="00CE7DAD" w14:paraId="1E085356" w14:textId="77777777">
        <w:tc>
          <w:tcPr>
            <w:tcW w:w="4320" w:type="dxa"/>
          </w:tcPr>
          <w:p w14:paraId="7B78A549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26</w:t>
            </w:r>
          </w:p>
        </w:tc>
        <w:tc>
          <w:tcPr>
            <w:tcW w:w="4320" w:type="dxa"/>
          </w:tcPr>
          <w:p w14:paraId="5E69DB20" w14:textId="5F39661D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Ayyam-</w:t>
            </w:r>
            <w:proofErr w:type="spellStart"/>
            <w:r w:rsidRPr="00CE7DAD">
              <w:rPr>
                <w:color w:val="002060"/>
              </w:rPr>
              <w:t>i</w:t>
            </w:r>
            <w:proofErr w:type="spellEnd"/>
            <w:r w:rsidRPr="00CE7DAD">
              <w:rPr>
                <w:color w:val="002060"/>
              </w:rPr>
              <w:t xml:space="preserve">-Ha </w:t>
            </w:r>
            <w:r w:rsidR="00792CDC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792CDC" w:rsidRPr="00CE7DAD">
              <w:rPr>
                <w:color w:val="002060"/>
              </w:rPr>
              <w:t>) ^</w:t>
            </w:r>
          </w:p>
        </w:tc>
      </w:tr>
      <w:tr w:rsidR="002130B2" w:rsidRPr="00CE7DAD" w14:paraId="76394D76" w14:textId="77777777">
        <w:tc>
          <w:tcPr>
            <w:tcW w:w="4320" w:type="dxa"/>
          </w:tcPr>
          <w:p w14:paraId="4071D59F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28</w:t>
            </w:r>
          </w:p>
        </w:tc>
        <w:tc>
          <w:tcPr>
            <w:tcW w:w="4320" w:type="dxa"/>
          </w:tcPr>
          <w:p w14:paraId="6A1D0442" w14:textId="3FFE4802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LGBTQ+ History Month </w:t>
            </w:r>
            <w:r w:rsidR="00792CDC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792CDC" w:rsidRPr="00CE7DAD">
              <w:rPr>
                <w:color w:val="002060"/>
              </w:rPr>
              <w:t>) *</w:t>
            </w:r>
          </w:p>
        </w:tc>
      </w:tr>
    </w:tbl>
    <w:p w14:paraId="0F5DA0E1" w14:textId="77777777" w:rsidR="002130B2" w:rsidRPr="00CE7DAD" w:rsidRDefault="002130B2">
      <w:pPr>
        <w:rPr>
          <w:color w:val="002060"/>
        </w:rPr>
      </w:pPr>
    </w:p>
    <w:p w14:paraId="15F198B4" w14:textId="77777777" w:rsidR="002130B2" w:rsidRPr="00CE7DAD" w:rsidRDefault="00D452F8">
      <w:pPr>
        <w:pStyle w:val="Heading1"/>
        <w:rPr>
          <w:color w:val="002060"/>
        </w:rPr>
      </w:pPr>
      <w:r w:rsidRPr="00CE7DAD">
        <w:rPr>
          <w:color w:val="002060"/>
        </w:rPr>
        <w:t>March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2130B2" w:rsidRPr="00CE7DAD" w14:paraId="1CA55040" w14:textId="77777777">
        <w:tc>
          <w:tcPr>
            <w:tcW w:w="4320" w:type="dxa"/>
          </w:tcPr>
          <w:p w14:paraId="707BF75F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Date</w:t>
            </w:r>
          </w:p>
        </w:tc>
        <w:tc>
          <w:tcPr>
            <w:tcW w:w="4320" w:type="dxa"/>
          </w:tcPr>
          <w:p w14:paraId="5ECDEA60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Event(s)</w:t>
            </w:r>
          </w:p>
        </w:tc>
      </w:tr>
      <w:tr w:rsidR="002130B2" w:rsidRPr="00CE7DAD" w14:paraId="46FCBC9F" w14:textId="77777777">
        <w:tc>
          <w:tcPr>
            <w:tcW w:w="4320" w:type="dxa"/>
          </w:tcPr>
          <w:p w14:paraId="0D0465E5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</w:t>
            </w:r>
          </w:p>
        </w:tc>
        <w:tc>
          <w:tcPr>
            <w:tcW w:w="4320" w:type="dxa"/>
          </w:tcPr>
          <w:p w14:paraId="7CC5AFF8" w14:textId="4FCDD896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Wheelchair Day</w:t>
            </w:r>
            <w:r w:rsidR="00792CDC" w:rsidRPr="00CE7DAD">
              <w:rPr>
                <w:color w:val="002060"/>
              </w:rPr>
              <w:t xml:space="preserve"> *          </w:t>
            </w:r>
            <w:r w:rsidRPr="00CE7DAD">
              <w:rPr>
                <w:color w:val="002060"/>
              </w:rPr>
              <w:t xml:space="preserve">LGBTQ+ Adoption and Fostering Week </w:t>
            </w:r>
            <w:r w:rsidR="00792CDC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792CDC" w:rsidRPr="00CE7DAD">
              <w:rPr>
                <w:color w:val="002060"/>
              </w:rPr>
              <w:t xml:space="preserve">) *                                                           </w:t>
            </w:r>
            <w:r w:rsidRPr="00CE7DAD">
              <w:rPr>
                <w:color w:val="002060"/>
              </w:rPr>
              <w:t>Ayyam-</w:t>
            </w:r>
            <w:proofErr w:type="spellStart"/>
            <w:r w:rsidRPr="00CE7DAD">
              <w:rPr>
                <w:color w:val="002060"/>
              </w:rPr>
              <w:t>i</w:t>
            </w:r>
            <w:proofErr w:type="spellEnd"/>
            <w:r w:rsidRPr="00CE7DAD">
              <w:rPr>
                <w:color w:val="002060"/>
              </w:rPr>
              <w:t xml:space="preserve">-Ha </w:t>
            </w:r>
            <w:r w:rsidR="00792CDC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792CDC" w:rsidRPr="00CE7DAD">
              <w:rPr>
                <w:color w:val="002060"/>
              </w:rPr>
              <w:t>) ^</w:t>
            </w:r>
          </w:p>
        </w:tc>
      </w:tr>
      <w:tr w:rsidR="002130B2" w:rsidRPr="00CE7DAD" w14:paraId="0182500C" w14:textId="77777777">
        <w:tc>
          <w:tcPr>
            <w:tcW w:w="4320" w:type="dxa"/>
          </w:tcPr>
          <w:p w14:paraId="68DCFF98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</w:t>
            </w:r>
          </w:p>
        </w:tc>
        <w:tc>
          <w:tcPr>
            <w:tcW w:w="4320" w:type="dxa"/>
          </w:tcPr>
          <w:p w14:paraId="01465046" w14:textId="3C0EAED5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Nineteen Day Fast </w:t>
            </w:r>
            <w:r w:rsidR="00792CDC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792CDC" w:rsidRPr="00CE7DAD">
              <w:rPr>
                <w:color w:val="002060"/>
              </w:rPr>
              <w:t>) ^</w:t>
            </w:r>
          </w:p>
        </w:tc>
      </w:tr>
      <w:tr w:rsidR="002130B2" w:rsidRPr="00CE7DAD" w14:paraId="1B962E47" w14:textId="77777777">
        <w:tc>
          <w:tcPr>
            <w:tcW w:w="4320" w:type="dxa"/>
          </w:tcPr>
          <w:p w14:paraId="7F457BD4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3</w:t>
            </w:r>
          </w:p>
        </w:tc>
        <w:tc>
          <w:tcPr>
            <w:tcW w:w="4320" w:type="dxa"/>
          </w:tcPr>
          <w:p w14:paraId="27AC6472" w14:textId="4FCD287C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World Hearing Day</w:t>
            </w:r>
            <w:r w:rsidR="009B46F7" w:rsidRPr="00CE7DAD">
              <w:rPr>
                <w:color w:val="002060"/>
              </w:rPr>
              <w:t xml:space="preserve"> *                               </w:t>
            </w:r>
            <w:r w:rsidRPr="00CE7DAD">
              <w:rPr>
                <w:color w:val="002060"/>
              </w:rPr>
              <w:t xml:space="preserve"> Holika Dahan</w:t>
            </w:r>
            <w:r w:rsidR="009B46F7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23C29B2C" w14:textId="77777777">
        <w:tc>
          <w:tcPr>
            <w:tcW w:w="4320" w:type="dxa"/>
          </w:tcPr>
          <w:p w14:paraId="6B7A0A7E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4</w:t>
            </w:r>
          </w:p>
        </w:tc>
        <w:tc>
          <w:tcPr>
            <w:tcW w:w="4320" w:type="dxa"/>
          </w:tcPr>
          <w:p w14:paraId="43F18686" w14:textId="5A9EF976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Holi</w:t>
            </w:r>
            <w:r w:rsidR="009B46F7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15838EA0" w14:textId="77777777">
        <w:tc>
          <w:tcPr>
            <w:tcW w:w="4320" w:type="dxa"/>
          </w:tcPr>
          <w:p w14:paraId="7BC7AE50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5</w:t>
            </w:r>
          </w:p>
        </w:tc>
        <w:tc>
          <w:tcPr>
            <w:tcW w:w="4320" w:type="dxa"/>
          </w:tcPr>
          <w:p w14:paraId="36773045" w14:textId="4AF304F5" w:rsidR="002130B2" w:rsidRPr="00CE7DAD" w:rsidRDefault="00D452F8">
            <w:pPr>
              <w:rPr>
                <w:color w:val="002060"/>
              </w:rPr>
            </w:pPr>
            <w:proofErr w:type="spellStart"/>
            <w:r w:rsidRPr="00CE7DAD">
              <w:rPr>
                <w:color w:val="002060"/>
              </w:rPr>
              <w:t>Laylat</w:t>
            </w:r>
            <w:proofErr w:type="spellEnd"/>
            <w:r w:rsidRPr="00CE7DAD">
              <w:rPr>
                <w:color w:val="002060"/>
              </w:rPr>
              <w:t xml:space="preserve"> al-Qadar</w:t>
            </w:r>
            <w:r w:rsidR="009B46F7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71F02EBB" w14:textId="77777777">
        <w:tc>
          <w:tcPr>
            <w:tcW w:w="4320" w:type="dxa"/>
          </w:tcPr>
          <w:p w14:paraId="73035581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7</w:t>
            </w:r>
          </w:p>
        </w:tc>
        <w:tc>
          <w:tcPr>
            <w:tcW w:w="4320" w:type="dxa"/>
          </w:tcPr>
          <w:p w14:paraId="61F43DB5" w14:textId="764B586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LGBTQ+ Adoption and Fostering Week </w:t>
            </w:r>
            <w:r w:rsidR="004A3C91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4A3C91" w:rsidRPr="00CE7DAD">
              <w:rPr>
                <w:color w:val="002060"/>
              </w:rPr>
              <w:t xml:space="preserve">) * </w:t>
            </w:r>
          </w:p>
        </w:tc>
      </w:tr>
      <w:tr w:rsidR="002130B2" w:rsidRPr="00CE7DAD" w14:paraId="6477696A" w14:textId="77777777">
        <w:tc>
          <w:tcPr>
            <w:tcW w:w="4320" w:type="dxa"/>
          </w:tcPr>
          <w:p w14:paraId="263D9DF1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8</w:t>
            </w:r>
          </w:p>
        </w:tc>
        <w:tc>
          <w:tcPr>
            <w:tcW w:w="4320" w:type="dxa"/>
          </w:tcPr>
          <w:p w14:paraId="24E0F082" w14:textId="1D5C4416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Women’s Day</w:t>
            </w:r>
            <w:r w:rsidR="004A3C91" w:rsidRPr="00CE7DAD">
              <w:rPr>
                <w:color w:val="002060"/>
              </w:rPr>
              <w:t xml:space="preserve"> *             </w:t>
            </w:r>
            <w:r w:rsidRPr="00CE7DAD">
              <w:rPr>
                <w:color w:val="002060"/>
              </w:rPr>
              <w:t xml:space="preserve"> Ramadan </w:t>
            </w:r>
            <w:r w:rsidR="004A3C91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4A3C91" w:rsidRPr="00CE7DAD">
              <w:rPr>
                <w:color w:val="002060"/>
              </w:rPr>
              <w:t>) ^</w:t>
            </w:r>
          </w:p>
        </w:tc>
      </w:tr>
      <w:tr w:rsidR="002130B2" w:rsidRPr="00CE7DAD" w14:paraId="647B821C" w14:textId="77777777">
        <w:tc>
          <w:tcPr>
            <w:tcW w:w="4320" w:type="dxa"/>
          </w:tcPr>
          <w:p w14:paraId="5413FE91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9</w:t>
            </w:r>
          </w:p>
        </w:tc>
        <w:tc>
          <w:tcPr>
            <w:tcW w:w="4320" w:type="dxa"/>
          </w:tcPr>
          <w:p w14:paraId="1E19F292" w14:textId="37E96EB5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Eid-al-Fitr</w:t>
            </w:r>
            <w:r w:rsidR="004A3C91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5C88DDFC" w14:textId="77777777">
        <w:tc>
          <w:tcPr>
            <w:tcW w:w="4320" w:type="dxa"/>
          </w:tcPr>
          <w:p w14:paraId="713B596A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15</w:t>
            </w:r>
          </w:p>
        </w:tc>
        <w:tc>
          <w:tcPr>
            <w:tcW w:w="4320" w:type="dxa"/>
          </w:tcPr>
          <w:p w14:paraId="0CE23145" w14:textId="24042949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Day to Combat Islamophobia</w:t>
            </w:r>
            <w:r w:rsidR="008D2958" w:rsidRPr="00CE7DAD">
              <w:rPr>
                <w:color w:val="002060"/>
              </w:rPr>
              <w:t>*</w:t>
            </w:r>
            <w:r w:rsidRPr="00CE7DAD">
              <w:rPr>
                <w:color w:val="002060"/>
              </w:rPr>
              <w:t xml:space="preserve"> Neurodiversity Celebration Week </w:t>
            </w:r>
            <w:r w:rsidR="008D2958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8D2958" w:rsidRPr="00CE7DAD">
              <w:rPr>
                <w:color w:val="002060"/>
              </w:rPr>
              <w:t>) *</w:t>
            </w:r>
          </w:p>
        </w:tc>
      </w:tr>
      <w:tr w:rsidR="002130B2" w:rsidRPr="00CE7DAD" w14:paraId="5471FAC1" w14:textId="77777777">
        <w:tc>
          <w:tcPr>
            <w:tcW w:w="4320" w:type="dxa"/>
          </w:tcPr>
          <w:p w14:paraId="09B8F60D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19</w:t>
            </w:r>
          </w:p>
        </w:tc>
        <w:tc>
          <w:tcPr>
            <w:tcW w:w="4320" w:type="dxa"/>
          </w:tcPr>
          <w:p w14:paraId="17C3FA9C" w14:textId="6ACA64A2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Neurodiversity Celebration Week </w:t>
            </w:r>
            <w:r w:rsidR="008D2958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8D2958" w:rsidRPr="00CE7DAD">
              <w:rPr>
                <w:color w:val="002060"/>
              </w:rPr>
              <w:t>) *</w:t>
            </w:r>
          </w:p>
        </w:tc>
      </w:tr>
      <w:tr w:rsidR="002130B2" w:rsidRPr="00CE7DAD" w14:paraId="7C80921A" w14:textId="77777777">
        <w:tc>
          <w:tcPr>
            <w:tcW w:w="4320" w:type="dxa"/>
          </w:tcPr>
          <w:p w14:paraId="33AD8DEA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20</w:t>
            </w:r>
          </w:p>
        </w:tc>
        <w:tc>
          <w:tcPr>
            <w:tcW w:w="4320" w:type="dxa"/>
          </w:tcPr>
          <w:p w14:paraId="242A0EA5" w14:textId="330A8AB3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Nineteen Day Fast </w:t>
            </w:r>
            <w:r w:rsidR="00B82C68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B82C68" w:rsidRPr="00CE7DAD">
              <w:rPr>
                <w:color w:val="002060"/>
              </w:rPr>
              <w:t>) ^</w:t>
            </w:r>
          </w:p>
        </w:tc>
      </w:tr>
      <w:tr w:rsidR="002130B2" w:rsidRPr="00CE7DAD" w14:paraId="06FF8C41" w14:textId="77777777">
        <w:tc>
          <w:tcPr>
            <w:tcW w:w="4320" w:type="dxa"/>
          </w:tcPr>
          <w:p w14:paraId="6B71D831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21</w:t>
            </w:r>
          </w:p>
        </w:tc>
        <w:tc>
          <w:tcPr>
            <w:tcW w:w="4320" w:type="dxa"/>
          </w:tcPr>
          <w:p w14:paraId="3FE28986" w14:textId="77777777" w:rsidR="007D0849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World Down Syndrome Day</w:t>
            </w:r>
            <w:r w:rsidR="00B82C68" w:rsidRPr="00CE7DAD">
              <w:rPr>
                <w:color w:val="002060"/>
              </w:rPr>
              <w:t xml:space="preserve"> *  </w:t>
            </w:r>
          </w:p>
          <w:p w14:paraId="7E20FCEA" w14:textId="11533345" w:rsidR="00F24859" w:rsidRPr="00CE7DAD" w:rsidRDefault="007D0849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International Day for the Elimination of </w:t>
            </w:r>
            <w:r w:rsidR="00D452F8" w:rsidRPr="00CE7DAD">
              <w:rPr>
                <w:color w:val="002060"/>
              </w:rPr>
              <w:t xml:space="preserve"> Racial Discrimination</w:t>
            </w:r>
            <w:r w:rsidR="00B82C68" w:rsidRPr="00CE7DAD">
              <w:rPr>
                <w:color w:val="002060"/>
              </w:rPr>
              <w:t xml:space="preserve"> * </w:t>
            </w:r>
            <w:r w:rsidR="00F24859" w:rsidRPr="00CE7DAD">
              <w:rPr>
                <w:color w:val="002060"/>
              </w:rPr>
              <w:t xml:space="preserve">     </w:t>
            </w:r>
          </w:p>
          <w:p w14:paraId="6DE8F2B5" w14:textId="77777777" w:rsidR="00F24859" w:rsidRPr="00CE7DAD" w:rsidRDefault="00F24859">
            <w:pPr>
              <w:rPr>
                <w:color w:val="002060"/>
              </w:rPr>
            </w:pPr>
            <w:r w:rsidRPr="00CE7DAD">
              <w:rPr>
                <w:color w:val="002060"/>
              </w:rPr>
              <w:t>Sunday of Orthodoxy ^</w:t>
            </w:r>
          </w:p>
          <w:p w14:paraId="7849F001" w14:textId="77777777" w:rsidR="00A82B5E" w:rsidRPr="00CE7DAD" w:rsidRDefault="00F24859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Naw-Ruz ( Persian </w:t>
            </w:r>
            <w:r w:rsidR="00A82B5E" w:rsidRPr="00CE7DAD">
              <w:rPr>
                <w:color w:val="002060"/>
              </w:rPr>
              <w:t>New Year) ^</w:t>
            </w:r>
          </w:p>
          <w:p w14:paraId="097FCD9C" w14:textId="11B311FF" w:rsidR="002130B2" w:rsidRPr="00CE7DAD" w:rsidRDefault="00A82B5E">
            <w:pPr>
              <w:rPr>
                <w:color w:val="002060"/>
              </w:rPr>
            </w:pPr>
            <w:r w:rsidRPr="00CE7DAD">
              <w:rPr>
                <w:color w:val="002060"/>
              </w:rPr>
              <w:t>Palm Sunday ^</w:t>
            </w:r>
            <w:r w:rsidR="00F24859" w:rsidRPr="00CE7DAD">
              <w:rPr>
                <w:color w:val="002060"/>
              </w:rPr>
              <w:t xml:space="preserve">         </w:t>
            </w:r>
          </w:p>
        </w:tc>
      </w:tr>
      <w:tr w:rsidR="002130B2" w:rsidRPr="00CE7DAD" w14:paraId="162EEAE9" w14:textId="77777777">
        <w:tc>
          <w:tcPr>
            <w:tcW w:w="4320" w:type="dxa"/>
          </w:tcPr>
          <w:p w14:paraId="14B43E08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22</w:t>
            </w:r>
          </w:p>
        </w:tc>
        <w:tc>
          <w:tcPr>
            <w:tcW w:w="4320" w:type="dxa"/>
          </w:tcPr>
          <w:p w14:paraId="61BC7705" w14:textId="35CFBFCA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Purim </w:t>
            </w:r>
            <w:r w:rsidR="00B82C68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B82C68" w:rsidRPr="00CE7DAD">
              <w:rPr>
                <w:color w:val="002060"/>
              </w:rPr>
              <w:t>)</w:t>
            </w:r>
            <w:r w:rsidR="00D8352B" w:rsidRPr="00CE7DAD">
              <w:rPr>
                <w:color w:val="002060"/>
              </w:rPr>
              <w:t xml:space="preserve"> ^ </w:t>
            </w:r>
          </w:p>
        </w:tc>
      </w:tr>
      <w:tr w:rsidR="002130B2" w:rsidRPr="00CE7DAD" w14:paraId="553BAF1A" w14:textId="77777777">
        <w:tc>
          <w:tcPr>
            <w:tcW w:w="4320" w:type="dxa"/>
          </w:tcPr>
          <w:p w14:paraId="20F6BC4C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23</w:t>
            </w:r>
          </w:p>
        </w:tc>
        <w:tc>
          <w:tcPr>
            <w:tcW w:w="4320" w:type="dxa"/>
          </w:tcPr>
          <w:p w14:paraId="216EF542" w14:textId="77777777" w:rsidR="00A82B5E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Purim </w:t>
            </w:r>
            <w:r w:rsidR="00A82B5E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A82B5E" w:rsidRPr="00CE7DAD">
              <w:rPr>
                <w:color w:val="002060"/>
              </w:rPr>
              <w:t>) ^</w:t>
            </w:r>
          </w:p>
          <w:p w14:paraId="34A2664F" w14:textId="7932C1F2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 Hola</w:t>
            </w:r>
            <w:r w:rsidR="00A82B5E" w:rsidRPr="00CE7DAD">
              <w:rPr>
                <w:color w:val="002060"/>
              </w:rPr>
              <w:t xml:space="preserve"> </w:t>
            </w:r>
            <w:r w:rsidRPr="00CE7DAD">
              <w:rPr>
                <w:color w:val="002060"/>
              </w:rPr>
              <w:t xml:space="preserve">Mohalla </w:t>
            </w:r>
            <w:r w:rsidR="002509EC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2509EC" w:rsidRPr="00CE7DAD">
              <w:rPr>
                <w:color w:val="002060"/>
              </w:rPr>
              <w:t>) ^</w:t>
            </w:r>
          </w:p>
        </w:tc>
      </w:tr>
      <w:tr w:rsidR="002130B2" w:rsidRPr="00CE7DAD" w14:paraId="09893A9B" w14:textId="77777777">
        <w:tc>
          <w:tcPr>
            <w:tcW w:w="4320" w:type="dxa"/>
          </w:tcPr>
          <w:p w14:paraId="6DB96071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25</w:t>
            </w:r>
          </w:p>
        </w:tc>
        <w:tc>
          <w:tcPr>
            <w:tcW w:w="4320" w:type="dxa"/>
          </w:tcPr>
          <w:p w14:paraId="7BB5D3BF" w14:textId="5559BE55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Hola Mohalla </w:t>
            </w:r>
            <w:r w:rsidR="002509EC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2509EC" w:rsidRPr="00CE7DAD">
              <w:rPr>
                <w:color w:val="002060"/>
              </w:rPr>
              <w:t>) ^</w:t>
            </w:r>
          </w:p>
        </w:tc>
      </w:tr>
      <w:tr w:rsidR="002130B2" w:rsidRPr="00CE7DAD" w14:paraId="660ADE25" w14:textId="77777777">
        <w:tc>
          <w:tcPr>
            <w:tcW w:w="4320" w:type="dxa"/>
          </w:tcPr>
          <w:p w14:paraId="7099F54B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26</w:t>
            </w:r>
          </w:p>
        </w:tc>
        <w:tc>
          <w:tcPr>
            <w:tcW w:w="4320" w:type="dxa"/>
          </w:tcPr>
          <w:p w14:paraId="5D6425CC" w14:textId="490652E6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Good Friday</w:t>
            </w:r>
            <w:r w:rsidR="002509EC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060F6798" w14:textId="77777777">
        <w:tc>
          <w:tcPr>
            <w:tcW w:w="4320" w:type="dxa"/>
          </w:tcPr>
          <w:p w14:paraId="49F925E1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28</w:t>
            </w:r>
          </w:p>
        </w:tc>
        <w:tc>
          <w:tcPr>
            <w:tcW w:w="4320" w:type="dxa"/>
          </w:tcPr>
          <w:p w14:paraId="762F0CEA" w14:textId="3211A980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Easter</w:t>
            </w:r>
            <w:r w:rsidR="002509EC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15F30E73" w14:textId="77777777">
        <w:tc>
          <w:tcPr>
            <w:tcW w:w="4320" w:type="dxa"/>
          </w:tcPr>
          <w:p w14:paraId="1805EBFE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29</w:t>
            </w:r>
          </w:p>
        </w:tc>
        <w:tc>
          <w:tcPr>
            <w:tcW w:w="4320" w:type="dxa"/>
          </w:tcPr>
          <w:p w14:paraId="363B2479" w14:textId="2415E401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Easter Monday</w:t>
            </w:r>
            <w:r w:rsidR="002509EC" w:rsidRPr="00CE7DAD">
              <w:rPr>
                <w:color w:val="002060"/>
              </w:rPr>
              <w:t xml:space="preserve"> ^ </w:t>
            </w:r>
          </w:p>
        </w:tc>
      </w:tr>
      <w:tr w:rsidR="002130B2" w:rsidRPr="00CE7DAD" w14:paraId="020A46F0" w14:textId="77777777">
        <w:tc>
          <w:tcPr>
            <w:tcW w:w="4320" w:type="dxa"/>
          </w:tcPr>
          <w:p w14:paraId="287E191C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31</w:t>
            </w:r>
          </w:p>
        </w:tc>
        <w:tc>
          <w:tcPr>
            <w:tcW w:w="4320" w:type="dxa"/>
          </w:tcPr>
          <w:p w14:paraId="08961E04" w14:textId="71F0BE82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Transgender Day of Visibility</w:t>
            </w:r>
            <w:r w:rsidR="002509EC" w:rsidRPr="00CE7DAD">
              <w:rPr>
                <w:color w:val="002060"/>
              </w:rPr>
              <w:t xml:space="preserve"> *</w:t>
            </w:r>
          </w:p>
        </w:tc>
      </w:tr>
    </w:tbl>
    <w:p w14:paraId="5F50239A" w14:textId="77777777" w:rsidR="002130B2" w:rsidRPr="00CE7DAD" w:rsidRDefault="002130B2">
      <w:pPr>
        <w:rPr>
          <w:color w:val="002060"/>
        </w:rPr>
      </w:pPr>
    </w:p>
    <w:p w14:paraId="2072B08D" w14:textId="77777777" w:rsidR="002130B2" w:rsidRPr="00CE7DAD" w:rsidRDefault="00D452F8">
      <w:pPr>
        <w:pStyle w:val="Heading1"/>
        <w:rPr>
          <w:color w:val="002060"/>
        </w:rPr>
      </w:pPr>
      <w:r w:rsidRPr="00CE7DAD">
        <w:rPr>
          <w:color w:val="002060"/>
        </w:rPr>
        <w:t>April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2130B2" w:rsidRPr="00CE7DAD" w14:paraId="0B10A7DF" w14:textId="77777777">
        <w:tc>
          <w:tcPr>
            <w:tcW w:w="4320" w:type="dxa"/>
          </w:tcPr>
          <w:p w14:paraId="6AEBE763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Date</w:t>
            </w:r>
          </w:p>
        </w:tc>
        <w:tc>
          <w:tcPr>
            <w:tcW w:w="4320" w:type="dxa"/>
          </w:tcPr>
          <w:p w14:paraId="7718BCD1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Event(s)</w:t>
            </w:r>
          </w:p>
        </w:tc>
      </w:tr>
      <w:tr w:rsidR="002130B2" w:rsidRPr="00CE7DAD" w14:paraId="05443E80" w14:textId="77777777">
        <w:tc>
          <w:tcPr>
            <w:tcW w:w="4320" w:type="dxa"/>
          </w:tcPr>
          <w:p w14:paraId="1904D8ED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</w:t>
            </w:r>
          </w:p>
        </w:tc>
        <w:tc>
          <w:tcPr>
            <w:tcW w:w="4320" w:type="dxa"/>
          </w:tcPr>
          <w:p w14:paraId="6A02B770" w14:textId="7DB6F7BD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World Autism Awareness Day</w:t>
            </w:r>
            <w:r w:rsidR="00BA0822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7D022073" w14:textId="77777777">
        <w:tc>
          <w:tcPr>
            <w:tcW w:w="4320" w:type="dxa"/>
          </w:tcPr>
          <w:p w14:paraId="261E5CD0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3</w:t>
            </w:r>
          </w:p>
        </w:tc>
        <w:tc>
          <w:tcPr>
            <w:tcW w:w="4320" w:type="dxa"/>
          </w:tcPr>
          <w:p w14:paraId="75DB66C2" w14:textId="6CC6CBC8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Yom HaShoah </w:t>
            </w:r>
            <w:r w:rsidR="00BA0822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BA0822" w:rsidRPr="00CE7DAD">
              <w:rPr>
                <w:color w:val="002060"/>
              </w:rPr>
              <w:t>) ^</w:t>
            </w:r>
          </w:p>
        </w:tc>
      </w:tr>
      <w:tr w:rsidR="008B254F" w:rsidRPr="00CE7DAD" w14:paraId="67DA596A" w14:textId="77777777">
        <w:tc>
          <w:tcPr>
            <w:tcW w:w="4320" w:type="dxa"/>
          </w:tcPr>
          <w:p w14:paraId="0F7AF710" w14:textId="3EA514F2" w:rsidR="008B254F" w:rsidRPr="00CE7DAD" w:rsidRDefault="008B254F">
            <w:pPr>
              <w:rPr>
                <w:color w:val="002060"/>
              </w:rPr>
            </w:pPr>
            <w:r w:rsidRPr="00CE7DAD">
              <w:rPr>
                <w:color w:val="002060"/>
              </w:rPr>
              <w:t>4</w:t>
            </w:r>
          </w:p>
        </w:tc>
        <w:tc>
          <w:tcPr>
            <w:tcW w:w="4320" w:type="dxa"/>
          </w:tcPr>
          <w:p w14:paraId="7B64DF60" w14:textId="3D273560" w:rsidR="008B254F" w:rsidRPr="00CE7DAD" w:rsidRDefault="008B254F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Yom HaShoah </w:t>
            </w:r>
            <w:r w:rsidR="00683A68" w:rsidRPr="00CE7DAD">
              <w:rPr>
                <w:color w:val="002060"/>
              </w:rPr>
              <w:t>(end) ^</w:t>
            </w:r>
          </w:p>
        </w:tc>
      </w:tr>
      <w:tr w:rsidR="002130B2" w:rsidRPr="00CE7DAD" w14:paraId="7E47BE42" w14:textId="77777777">
        <w:tc>
          <w:tcPr>
            <w:tcW w:w="4320" w:type="dxa"/>
          </w:tcPr>
          <w:p w14:paraId="55A3E545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5</w:t>
            </w:r>
          </w:p>
        </w:tc>
        <w:tc>
          <w:tcPr>
            <w:tcW w:w="4320" w:type="dxa"/>
          </w:tcPr>
          <w:p w14:paraId="0B9F6DE6" w14:textId="52498176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Feast of the Annunciation</w:t>
            </w:r>
            <w:r w:rsidR="00E93AFD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53611003" w14:textId="77777777">
        <w:tc>
          <w:tcPr>
            <w:tcW w:w="4320" w:type="dxa"/>
          </w:tcPr>
          <w:p w14:paraId="215AE28A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6</w:t>
            </w:r>
          </w:p>
        </w:tc>
        <w:tc>
          <w:tcPr>
            <w:tcW w:w="4320" w:type="dxa"/>
          </w:tcPr>
          <w:p w14:paraId="36B185A6" w14:textId="1B404F7D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Asexuality Day</w:t>
            </w:r>
            <w:r w:rsidR="00E93AFD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09A6B882" w14:textId="77777777">
        <w:tc>
          <w:tcPr>
            <w:tcW w:w="4320" w:type="dxa"/>
          </w:tcPr>
          <w:p w14:paraId="4DB033B5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7</w:t>
            </w:r>
          </w:p>
        </w:tc>
        <w:tc>
          <w:tcPr>
            <w:tcW w:w="4320" w:type="dxa"/>
          </w:tcPr>
          <w:p w14:paraId="4296F710" w14:textId="77777777" w:rsidR="00E93AFD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World Health Day</w:t>
            </w:r>
            <w:r w:rsidR="00E93AFD" w:rsidRPr="00CE7DAD">
              <w:rPr>
                <w:color w:val="002060"/>
              </w:rPr>
              <w:t xml:space="preserve"> *</w:t>
            </w:r>
          </w:p>
          <w:p w14:paraId="7BBC80D0" w14:textId="38F829D3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 </w:t>
            </w:r>
            <w:proofErr w:type="spellStart"/>
            <w:r w:rsidRPr="00CE7DAD">
              <w:rPr>
                <w:color w:val="002060"/>
              </w:rPr>
              <w:t>Ugadi</w:t>
            </w:r>
            <w:proofErr w:type="spellEnd"/>
            <w:r w:rsidRPr="00CE7DAD">
              <w:rPr>
                <w:color w:val="002060"/>
              </w:rPr>
              <w:t xml:space="preserve"> New Year</w:t>
            </w:r>
            <w:r w:rsidR="00E93AFD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1E1F62CB" w14:textId="77777777">
        <w:tc>
          <w:tcPr>
            <w:tcW w:w="4320" w:type="dxa"/>
          </w:tcPr>
          <w:p w14:paraId="5C00F9F7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8</w:t>
            </w:r>
          </w:p>
        </w:tc>
        <w:tc>
          <w:tcPr>
            <w:tcW w:w="4320" w:type="dxa"/>
          </w:tcPr>
          <w:p w14:paraId="2C824F0D" w14:textId="19AAD9AD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Romani Day</w:t>
            </w:r>
            <w:r w:rsidR="00E93AFD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1B3E21DF" w14:textId="77777777">
        <w:tc>
          <w:tcPr>
            <w:tcW w:w="4320" w:type="dxa"/>
          </w:tcPr>
          <w:p w14:paraId="2D1B5591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12</w:t>
            </w:r>
          </w:p>
        </w:tc>
        <w:tc>
          <w:tcPr>
            <w:tcW w:w="4320" w:type="dxa"/>
          </w:tcPr>
          <w:p w14:paraId="0CAE7153" w14:textId="10F347D6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Theravada New Year </w:t>
            </w:r>
            <w:r w:rsidR="00E93AFD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E93AFD" w:rsidRPr="00CE7DAD">
              <w:rPr>
                <w:color w:val="002060"/>
              </w:rPr>
              <w:t>) ^</w:t>
            </w:r>
          </w:p>
        </w:tc>
      </w:tr>
      <w:tr w:rsidR="002130B2" w:rsidRPr="00CE7DAD" w14:paraId="0B5B3ECE" w14:textId="77777777">
        <w:tc>
          <w:tcPr>
            <w:tcW w:w="4320" w:type="dxa"/>
          </w:tcPr>
          <w:p w14:paraId="39A61BA3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14</w:t>
            </w:r>
          </w:p>
        </w:tc>
        <w:tc>
          <w:tcPr>
            <w:tcW w:w="4320" w:type="dxa"/>
          </w:tcPr>
          <w:p w14:paraId="171C4D55" w14:textId="77777777" w:rsidR="00E93AFD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Theravada New Year </w:t>
            </w:r>
            <w:r w:rsidR="00E93AFD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E93AFD" w:rsidRPr="00CE7DAD">
              <w:rPr>
                <w:color w:val="002060"/>
              </w:rPr>
              <w:t>) ^</w:t>
            </w:r>
          </w:p>
          <w:p w14:paraId="347F1BD3" w14:textId="36C77CB5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 Vaisakhi</w:t>
            </w:r>
            <w:r w:rsidR="00E93AFD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3515B98B" w14:textId="77777777">
        <w:tc>
          <w:tcPr>
            <w:tcW w:w="4320" w:type="dxa"/>
          </w:tcPr>
          <w:p w14:paraId="46850D72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15</w:t>
            </w:r>
          </w:p>
        </w:tc>
        <w:tc>
          <w:tcPr>
            <w:tcW w:w="4320" w:type="dxa"/>
          </w:tcPr>
          <w:p w14:paraId="7961B97C" w14:textId="31AF2DB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Rama Navami</w:t>
            </w:r>
            <w:r w:rsidR="00E93AFD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38E251A2" w14:textId="77777777">
        <w:tc>
          <w:tcPr>
            <w:tcW w:w="4320" w:type="dxa"/>
          </w:tcPr>
          <w:p w14:paraId="1D7BC7C4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18</w:t>
            </w:r>
          </w:p>
        </w:tc>
        <w:tc>
          <w:tcPr>
            <w:tcW w:w="4320" w:type="dxa"/>
          </w:tcPr>
          <w:p w14:paraId="30AB5B82" w14:textId="5B694F6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Birthday of Guru Angad Dev</w:t>
            </w:r>
            <w:r w:rsidR="00E93AFD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6B74660D" w14:textId="77777777">
        <w:tc>
          <w:tcPr>
            <w:tcW w:w="4320" w:type="dxa"/>
          </w:tcPr>
          <w:p w14:paraId="5D6291A9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19</w:t>
            </w:r>
          </w:p>
        </w:tc>
        <w:tc>
          <w:tcPr>
            <w:tcW w:w="4320" w:type="dxa"/>
          </w:tcPr>
          <w:p w14:paraId="297AEA1F" w14:textId="2E5CAE23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Mahavir Jayanti</w:t>
            </w:r>
            <w:r w:rsidR="00B83B24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6E23D7DA" w14:textId="77777777">
        <w:tc>
          <w:tcPr>
            <w:tcW w:w="4320" w:type="dxa"/>
          </w:tcPr>
          <w:p w14:paraId="6B7BE2CD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21</w:t>
            </w:r>
          </w:p>
        </w:tc>
        <w:tc>
          <w:tcPr>
            <w:tcW w:w="4320" w:type="dxa"/>
          </w:tcPr>
          <w:p w14:paraId="0AB8C9D6" w14:textId="4B7894C3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First Day of Ridvan</w:t>
            </w:r>
            <w:r w:rsidR="00B83B24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1744F3AD" w14:textId="77777777">
        <w:tc>
          <w:tcPr>
            <w:tcW w:w="4320" w:type="dxa"/>
          </w:tcPr>
          <w:p w14:paraId="701CC07A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22</w:t>
            </w:r>
          </w:p>
        </w:tc>
        <w:tc>
          <w:tcPr>
            <w:tcW w:w="4320" w:type="dxa"/>
          </w:tcPr>
          <w:p w14:paraId="1A10F2F2" w14:textId="6953D6AB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Stephen Lawrence Day</w:t>
            </w:r>
            <w:r w:rsidR="00B83B24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34C43407" w14:textId="77777777">
        <w:tc>
          <w:tcPr>
            <w:tcW w:w="4320" w:type="dxa"/>
          </w:tcPr>
          <w:p w14:paraId="4B44EB72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23</w:t>
            </w:r>
          </w:p>
        </w:tc>
        <w:tc>
          <w:tcPr>
            <w:tcW w:w="4320" w:type="dxa"/>
          </w:tcPr>
          <w:p w14:paraId="2E0945B6" w14:textId="72654DD8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Hanuman Jayanti</w:t>
            </w:r>
            <w:r w:rsidR="00B83B24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016970B4" w14:textId="77777777">
        <w:tc>
          <w:tcPr>
            <w:tcW w:w="4320" w:type="dxa"/>
          </w:tcPr>
          <w:p w14:paraId="660CD35F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26</w:t>
            </w:r>
          </w:p>
        </w:tc>
        <w:tc>
          <w:tcPr>
            <w:tcW w:w="4320" w:type="dxa"/>
          </w:tcPr>
          <w:p w14:paraId="1515D3C2" w14:textId="427FCFAF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Lesbian Visibility Day</w:t>
            </w:r>
            <w:r w:rsidR="00B83B24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1C5EB1F8" w14:textId="77777777">
        <w:tc>
          <w:tcPr>
            <w:tcW w:w="4320" w:type="dxa"/>
          </w:tcPr>
          <w:p w14:paraId="451557D9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29</w:t>
            </w:r>
          </w:p>
        </w:tc>
        <w:tc>
          <w:tcPr>
            <w:tcW w:w="4320" w:type="dxa"/>
          </w:tcPr>
          <w:p w14:paraId="5ED7EAFC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Ninth Day of Ridvan</w:t>
            </w:r>
          </w:p>
        </w:tc>
      </w:tr>
    </w:tbl>
    <w:p w14:paraId="77DE4A90" w14:textId="77777777" w:rsidR="002130B2" w:rsidRPr="00CE7DAD" w:rsidRDefault="002130B2">
      <w:pPr>
        <w:rPr>
          <w:color w:val="002060"/>
        </w:rPr>
      </w:pPr>
    </w:p>
    <w:p w14:paraId="25DF5D7E" w14:textId="77777777" w:rsidR="002130B2" w:rsidRPr="00CE7DAD" w:rsidRDefault="00D452F8">
      <w:pPr>
        <w:pStyle w:val="Heading1"/>
        <w:rPr>
          <w:color w:val="002060"/>
        </w:rPr>
      </w:pPr>
      <w:r w:rsidRPr="00CE7DAD">
        <w:rPr>
          <w:color w:val="002060"/>
        </w:rPr>
        <w:t>May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2130B2" w:rsidRPr="00CE7DAD" w14:paraId="27A37259" w14:textId="77777777">
        <w:tc>
          <w:tcPr>
            <w:tcW w:w="4320" w:type="dxa"/>
          </w:tcPr>
          <w:p w14:paraId="051262E6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Date</w:t>
            </w:r>
          </w:p>
        </w:tc>
        <w:tc>
          <w:tcPr>
            <w:tcW w:w="4320" w:type="dxa"/>
          </w:tcPr>
          <w:p w14:paraId="2D68C6E8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Event(s)</w:t>
            </w:r>
          </w:p>
        </w:tc>
      </w:tr>
      <w:tr w:rsidR="002130B2" w:rsidRPr="00CE7DAD" w14:paraId="64D86A74" w14:textId="77777777">
        <w:tc>
          <w:tcPr>
            <w:tcW w:w="4320" w:type="dxa"/>
          </w:tcPr>
          <w:p w14:paraId="44667F6C" w14:textId="70A0C129" w:rsidR="002130B2" w:rsidRPr="00CE7DAD" w:rsidRDefault="003C34AF">
            <w:pPr>
              <w:rPr>
                <w:color w:val="002060"/>
              </w:rPr>
            </w:pPr>
            <w:r w:rsidRPr="00CE7DAD">
              <w:rPr>
                <w:color w:val="002060"/>
              </w:rPr>
              <w:t>5</w:t>
            </w:r>
          </w:p>
        </w:tc>
        <w:tc>
          <w:tcPr>
            <w:tcW w:w="4320" w:type="dxa"/>
          </w:tcPr>
          <w:p w14:paraId="2B3329D4" w14:textId="22D6F4C5" w:rsidR="002130B2" w:rsidRPr="00CE7DAD" w:rsidRDefault="007A0BA1">
            <w:pPr>
              <w:rPr>
                <w:color w:val="002060"/>
              </w:rPr>
            </w:pPr>
            <w:r w:rsidRPr="00CE7DAD">
              <w:rPr>
                <w:color w:val="002060"/>
              </w:rPr>
              <w:t>African World Heritage Day *</w:t>
            </w:r>
          </w:p>
        </w:tc>
      </w:tr>
      <w:tr w:rsidR="002130B2" w:rsidRPr="00CE7DAD" w14:paraId="08DDB225" w14:textId="77777777">
        <w:tc>
          <w:tcPr>
            <w:tcW w:w="4320" w:type="dxa"/>
          </w:tcPr>
          <w:p w14:paraId="5D78C612" w14:textId="002EF5FD" w:rsidR="002130B2" w:rsidRPr="00CE7DAD" w:rsidRDefault="007A0BA1">
            <w:pPr>
              <w:rPr>
                <w:color w:val="002060"/>
              </w:rPr>
            </w:pPr>
            <w:r w:rsidRPr="00CE7DAD">
              <w:rPr>
                <w:color w:val="002060"/>
              </w:rPr>
              <w:t>6</w:t>
            </w:r>
          </w:p>
        </w:tc>
        <w:tc>
          <w:tcPr>
            <w:tcW w:w="4320" w:type="dxa"/>
          </w:tcPr>
          <w:p w14:paraId="7D5389E3" w14:textId="16300542" w:rsidR="002130B2" w:rsidRPr="00CE7DAD" w:rsidRDefault="00961252">
            <w:pPr>
              <w:rPr>
                <w:color w:val="002060"/>
              </w:rPr>
            </w:pPr>
            <w:r w:rsidRPr="00CE7DAD">
              <w:rPr>
                <w:color w:val="002060"/>
              </w:rPr>
              <w:t>Ascension Day</w:t>
            </w:r>
            <w:r w:rsidR="007A0BA1" w:rsidRPr="00CE7DAD">
              <w:rPr>
                <w:color w:val="002060"/>
              </w:rPr>
              <w:t xml:space="preserve"> ^</w:t>
            </w:r>
          </w:p>
        </w:tc>
      </w:tr>
      <w:tr w:rsidR="007A0BA1" w:rsidRPr="00CE7DAD" w14:paraId="3271B582" w14:textId="77777777">
        <w:tc>
          <w:tcPr>
            <w:tcW w:w="4320" w:type="dxa"/>
          </w:tcPr>
          <w:p w14:paraId="1CCE5EEA" w14:textId="2AE3A56B" w:rsidR="007A0BA1" w:rsidRPr="00CE7DAD" w:rsidRDefault="00961252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8 </w:t>
            </w:r>
          </w:p>
        </w:tc>
        <w:tc>
          <w:tcPr>
            <w:tcW w:w="4320" w:type="dxa"/>
          </w:tcPr>
          <w:p w14:paraId="341C0828" w14:textId="32922C12" w:rsidR="007A0BA1" w:rsidRPr="00CE7DAD" w:rsidRDefault="00961252">
            <w:pPr>
              <w:rPr>
                <w:color w:val="002060"/>
              </w:rPr>
            </w:pPr>
            <w:r w:rsidRPr="00CE7DAD">
              <w:rPr>
                <w:color w:val="002060"/>
              </w:rPr>
              <w:t>Akshaya Tri</w:t>
            </w:r>
            <w:r w:rsidR="00D04A46" w:rsidRPr="00CE7DAD">
              <w:rPr>
                <w:color w:val="002060"/>
              </w:rPr>
              <w:t>tiya ^</w:t>
            </w:r>
          </w:p>
        </w:tc>
      </w:tr>
      <w:tr w:rsidR="00D04A46" w:rsidRPr="00CE7DAD" w14:paraId="68D42DF3" w14:textId="77777777">
        <w:tc>
          <w:tcPr>
            <w:tcW w:w="4320" w:type="dxa"/>
          </w:tcPr>
          <w:p w14:paraId="5FF6496C" w14:textId="68B4131F" w:rsidR="00D04A46" w:rsidRPr="00CE7DAD" w:rsidRDefault="00D04A46">
            <w:pPr>
              <w:rPr>
                <w:color w:val="002060"/>
              </w:rPr>
            </w:pPr>
            <w:r w:rsidRPr="00CE7DAD">
              <w:rPr>
                <w:color w:val="002060"/>
              </w:rPr>
              <w:t>11</w:t>
            </w:r>
          </w:p>
        </w:tc>
        <w:tc>
          <w:tcPr>
            <w:tcW w:w="4320" w:type="dxa"/>
          </w:tcPr>
          <w:p w14:paraId="066B98DE" w14:textId="1F8A23F9" w:rsidR="00D04A46" w:rsidRPr="00CE7DAD" w:rsidRDefault="00D04A46">
            <w:pPr>
              <w:rPr>
                <w:color w:val="002060"/>
              </w:rPr>
            </w:pPr>
            <w:r w:rsidRPr="00CE7DAD">
              <w:rPr>
                <w:color w:val="002060"/>
              </w:rPr>
              <w:t>Mental health Awareness Week (start) *</w:t>
            </w:r>
          </w:p>
        </w:tc>
      </w:tr>
      <w:tr w:rsidR="00D04A46" w:rsidRPr="00CE7DAD" w14:paraId="11CB5DE5" w14:textId="77777777">
        <w:tc>
          <w:tcPr>
            <w:tcW w:w="4320" w:type="dxa"/>
          </w:tcPr>
          <w:p w14:paraId="51A318D6" w14:textId="3BE06DD6" w:rsidR="00D04A46" w:rsidRPr="00CE7DAD" w:rsidRDefault="005858A0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12 </w:t>
            </w:r>
          </w:p>
        </w:tc>
        <w:tc>
          <w:tcPr>
            <w:tcW w:w="4320" w:type="dxa"/>
          </w:tcPr>
          <w:p w14:paraId="78FCB57C" w14:textId="48774554" w:rsidR="00D04A46" w:rsidRPr="00CE7DAD" w:rsidRDefault="005858A0">
            <w:pPr>
              <w:rPr>
                <w:color w:val="002060"/>
              </w:rPr>
            </w:pPr>
            <w:r w:rsidRPr="00CE7DAD">
              <w:rPr>
                <w:color w:val="002060"/>
              </w:rPr>
              <w:t>National day for Staff Networks *</w:t>
            </w:r>
          </w:p>
        </w:tc>
      </w:tr>
      <w:tr w:rsidR="00D04A46" w:rsidRPr="00CE7DAD" w14:paraId="6330F2AC" w14:textId="77777777">
        <w:tc>
          <w:tcPr>
            <w:tcW w:w="4320" w:type="dxa"/>
          </w:tcPr>
          <w:p w14:paraId="5B3A92D3" w14:textId="275D9F71" w:rsidR="00D04A46" w:rsidRPr="00CE7DAD" w:rsidRDefault="005858A0">
            <w:pPr>
              <w:rPr>
                <w:color w:val="002060"/>
              </w:rPr>
            </w:pPr>
            <w:r w:rsidRPr="00CE7DAD">
              <w:rPr>
                <w:color w:val="002060"/>
              </w:rPr>
              <w:t>14</w:t>
            </w:r>
          </w:p>
        </w:tc>
        <w:tc>
          <w:tcPr>
            <w:tcW w:w="4320" w:type="dxa"/>
          </w:tcPr>
          <w:p w14:paraId="65DD6D5C" w14:textId="77777777" w:rsidR="00D04A46" w:rsidRPr="00CE7DAD" w:rsidRDefault="005858A0">
            <w:pPr>
              <w:rPr>
                <w:color w:val="002060"/>
              </w:rPr>
            </w:pPr>
            <w:r w:rsidRPr="00CE7DAD">
              <w:rPr>
                <w:color w:val="002060"/>
              </w:rPr>
              <w:t>Feast of Saint Matthias ^</w:t>
            </w:r>
          </w:p>
          <w:p w14:paraId="711F9200" w14:textId="4EBEA144" w:rsidR="00C772AC" w:rsidRPr="00CE7DAD" w:rsidRDefault="00C772AC">
            <w:pPr>
              <w:rPr>
                <w:color w:val="002060"/>
              </w:rPr>
            </w:pPr>
            <w:r w:rsidRPr="00CE7DAD">
              <w:rPr>
                <w:color w:val="002060"/>
              </w:rPr>
              <w:t>Hajj (start) ^</w:t>
            </w:r>
          </w:p>
        </w:tc>
      </w:tr>
      <w:tr w:rsidR="00D04A46" w:rsidRPr="00CE7DAD" w14:paraId="76CEBB93" w14:textId="77777777">
        <w:tc>
          <w:tcPr>
            <w:tcW w:w="4320" w:type="dxa"/>
          </w:tcPr>
          <w:p w14:paraId="516B4D01" w14:textId="0B860831" w:rsidR="00D04A46" w:rsidRPr="00CE7DAD" w:rsidRDefault="00C772AC">
            <w:pPr>
              <w:rPr>
                <w:color w:val="002060"/>
              </w:rPr>
            </w:pPr>
            <w:r w:rsidRPr="00CE7DAD">
              <w:rPr>
                <w:color w:val="002060"/>
              </w:rPr>
              <w:t>15</w:t>
            </w:r>
          </w:p>
        </w:tc>
        <w:tc>
          <w:tcPr>
            <w:tcW w:w="4320" w:type="dxa"/>
          </w:tcPr>
          <w:p w14:paraId="1C7605F1" w14:textId="270A8CEE" w:rsidR="00D04A46" w:rsidRPr="00CE7DAD" w:rsidRDefault="00C772AC">
            <w:pPr>
              <w:rPr>
                <w:color w:val="002060"/>
              </w:rPr>
            </w:pPr>
            <w:r w:rsidRPr="00CE7DAD">
              <w:rPr>
                <w:color w:val="002060"/>
              </w:rPr>
              <w:t>Waqf</w:t>
            </w:r>
            <w:r w:rsidR="00431DAF" w:rsidRPr="00CE7DAD">
              <w:rPr>
                <w:color w:val="002060"/>
              </w:rPr>
              <w:t xml:space="preserve"> al Arafa ^</w:t>
            </w:r>
          </w:p>
        </w:tc>
      </w:tr>
      <w:tr w:rsidR="00D04A46" w:rsidRPr="00CE7DAD" w14:paraId="79DBE637" w14:textId="77777777">
        <w:tc>
          <w:tcPr>
            <w:tcW w:w="4320" w:type="dxa"/>
          </w:tcPr>
          <w:p w14:paraId="56E2145D" w14:textId="13B959CD" w:rsidR="00D04A46" w:rsidRPr="00CE7DAD" w:rsidRDefault="00431DAF">
            <w:pPr>
              <w:rPr>
                <w:color w:val="002060"/>
              </w:rPr>
            </w:pPr>
            <w:r w:rsidRPr="00CE7DAD">
              <w:rPr>
                <w:color w:val="002060"/>
              </w:rPr>
              <w:t>16</w:t>
            </w:r>
          </w:p>
        </w:tc>
        <w:tc>
          <w:tcPr>
            <w:tcW w:w="4320" w:type="dxa"/>
          </w:tcPr>
          <w:p w14:paraId="70D5F2FE" w14:textId="77777777" w:rsidR="00D04A46" w:rsidRPr="00CE7DAD" w:rsidRDefault="00431DAF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 Eid ul-Adha ^</w:t>
            </w:r>
          </w:p>
          <w:p w14:paraId="3A340CCD" w14:textId="5D8D9E72" w:rsidR="00B012BA" w:rsidRPr="00CE7DAD" w:rsidRDefault="00B012BA">
            <w:pPr>
              <w:rPr>
                <w:color w:val="002060"/>
              </w:rPr>
            </w:pPr>
            <w:r w:rsidRPr="00CE7DAD">
              <w:rPr>
                <w:color w:val="002060"/>
              </w:rPr>
              <w:t>Pentecost ^</w:t>
            </w:r>
          </w:p>
        </w:tc>
      </w:tr>
      <w:tr w:rsidR="00D04A46" w:rsidRPr="00CE7DAD" w14:paraId="35EE9CB0" w14:textId="77777777">
        <w:tc>
          <w:tcPr>
            <w:tcW w:w="4320" w:type="dxa"/>
          </w:tcPr>
          <w:p w14:paraId="3DDA9E9D" w14:textId="4D7D8B4C" w:rsidR="00D04A46" w:rsidRPr="00CE7DAD" w:rsidRDefault="00B012BA">
            <w:pPr>
              <w:rPr>
                <w:color w:val="002060"/>
              </w:rPr>
            </w:pPr>
            <w:r w:rsidRPr="00CE7DAD">
              <w:rPr>
                <w:color w:val="002060"/>
              </w:rPr>
              <w:t>17</w:t>
            </w:r>
          </w:p>
        </w:tc>
        <w:tc>
          <w:tcPr>
            <w:tcW w:w="4320" w:type="dxa"/>
          </w:tcPr>
          <w:p w14:paraId="7E8A8BA7" w14:textId="42868C95" w:rsidR="00D04A46" w:rsidRPr="00CE7DAD" w:rsidRDefault="00B012BA">
            <w:pPr>
              <w:rPr>
                <w:color w:val="002060"/>
              </w:rPr>
            </w:pPr>
            <w:r w:rsidRPr="00CE7DAD">
              <w:rPr>
                <w:color w:val="002060"/>
              </w:rPr>
              <w:t>Mental Health Awareness Week (end) *</w:t>
            </w:r>
          </w:p>
          <w:p w14:paraId="0703C022" w14:textId="69254C33" w:rsidR="00B012BA" w:rsidRPr="00CE7DAD" w:rsidRDefault="00B012BA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Day Against Homophobia</w:t>
            </w:r>
            <w:r w:rsidR="00825E00" w:rsidRPr="00CE7DAD">
              <w:rPr>
                <w:color w:val="002060"/>
              </w:rPr>
              <w:t>, Transphobia, and Bi</w:t>
            </w:r>
            <w:r w:rsidR="00EB1A68" w:rsidRPr="00CE7DAD">
              <w:rPr>
                <w:color w:val="002060"/>
              </w:rPr>
              <w:t>phobia *</w:t>
            </w:r>
          </w:p>
        </w:tc>
      </w:tr>
      <w:tr w:rsidR="00E757A1" w:rsidRPr="00CE7DAD" w14:paraId="564794A9" w14:textId="77777777">
        <w:tc>
          <w:tcPr>
            <w:tcW w:w="4320" w:type="dxa"/>
          </w:tcPr>
          <w:p w14:paraId="76D91320" w14:textId="25168810" w:rsidR="00E757A1" w:rsidRPr="00CE7DAD" w:rsidRDefault="00E757A1">
            <w:pPr>
              <w:rPr>
                <w:color w:val="002060"/>
              </w:rPr>
            </w:pPr>
            <w:r w:rsidRPr="00CE7DAD">
              <w:rPr>
                <w:color w:val="002060"/>
              </w:rPr>
              <w:t>19</w:t>
            </w:r>
          </w:p>
        </w:tc>
        <w:tc>
          <w:tcPr>
            <w:tcW w:w="4320" w:type="dxa"/>
          </w:tcPr>
          <w:p w14:paraId="00BFB9CD" w14:textId="6F12F7D1" w:rsidR="00E757A1" w:rsidRPr="00CE7DAD" w:rsidRDefault="00E757A1">
            <w:pPr>
              <w:rPr>
                <w:color w:val="002060"/>
              </w:rPr>
            </w:pPr>
            <w:r w:rsidRPr="00CE7DAD">
              <w:rPr>
                <w:color w:val="002060"/>
              </w:rPr>
              <w:t>Hajj (end) ^</w:t>
            </w:r>
          </w:p>
        </w:tc>
      </w:tr>
      <w:tr w:rsidR="00E757A1" w:rsidRPr="00CE7DAD" w14:paraId="32480B9E" w14:textId="77777777">
        <w:tc>
          <w:tcPr>
            <w:tcW w:w="4320" w:type="dxa"/>
          </w:tcPr>
          <w:p w14:paraId="797449B9" w14:textId="24680B6B" w:rsidR="00E757A1" w:rsidRPr="00CE7DAD" w:rsidRDefault="00681527">
            <w:pPr>
              <w:rPr>
                <w:color w:val="002060"/>
              </w:rPr>
            </w:pPr>
            <w:r w:rsidRPr="00CE7DAD">
              <w:rPr>
                <w:color w:val="002060"/>
              </w:rPr>
              <w:t>20</w:t>
            </w:r>
          </w:p>
        </w:tc>
        <w:tc>
          <w:tcPr>
            <w:tcW w:w="4320" w:type="dxa"/>
          </w:tcPr>
          <w:p w14:paraId="0C22B5E8" w14:textId="77777777" w:rsidR="00E757A1" w:rsidRPr="00CE7DAD" w:rsidRDefault="00681527">
            <w:pPr>
              <w:rPr>
                <w:color w:val="002060"/>
              </w:rPr>
            </w:pPr>
            <w:r w:rsidRPr="00CE7DAD">
              <w:rPr>
                <w:color w:val="002060"/>
              </w:rPr>
              <w:t>Global Accessibility Awareness Day *</w:t>
            </w:r>
          </w:p>
          <w:p w14:paraId="7D3D4334" w14:textId="115EADF1" w:rsidR="00681527" w:rsidRPr="00CE7DAD" w:rsidRDefault="00681527">
            <w:pPr>
              <w:rPr>
                <w:color w:val="002060"/>
              </w:rPr>
            </w:pPr>
            <w:r w:rsidRPr="00CE7DAD">
              <w:rPr>
                <w:color w:val="002060"/>
              </w:rPr>
              <w:t>Vesak ^</w:t>
            </w:r>
          </w:p>
        </w:tc>
      </w:tr>
      <w:tr w:rsidR="00E757A1" w:rsidRPr="00CE7DAD" w14:paraId="333F2E7D" w14:textId="77777777">
        <w:tc>
          <w:tcPr>
            <w:tcW w:w="4320" w:type="dxa"/>
          </w:tcPr>
          <w:p w14:paraId="56FFCE6F" w14:textId="228896E1" w:rsidR="00E757A1" w:rsidRPr="00CE7DAD" w:rsidRDefault="00DC1108">
            <w:pPr>
              <w:rPr>
                <w:color w:val="002060"/>
              </w:rPr>
            </w:pPr>
            <w:r w:rsidRPr="00CE7DAD">
              <w:rPr>
                <w:color w:val="002060"/>
              </w:rPr>
              <w:t>21</w:t>
            </w:r>
          </w:p>
        </w:tc>
        <w:tc>
          <w:tcPr>
            <w:tcW w:w="4320" w:type="dxa"/>
          </w:tcPr>
          <w:p w14:paraId="2E9F6053" w14:textId="09ADB49B" w:rsidR="00E757A1" w:rsidRPr="00CE7DAD" w:rsidRDefault="00DC1108">
            <w:pPr>
              <w:rPr>
                <w:color w:val="002060"/>
              </w:rPr>
            </w:pPr>
            <w:r w:rsidRPr="00CE7DAD">
              <w:rPr>
                <w:color w:val="002060"/>
              </w:rPr>
              <w:t>World Day for Cultural Diversity *</w:t>
            </w:r>
          </w:p>
        </w:tc>
      </w:tr>
      <w:tr w:rsidR="00E757A1" w:rsidRPr="00CE7DAD" w14:paraId="28CE15FA" w14:textId="77777777">
        <w:tc>
          <w:tcPr>
            <w:tcW w:w="4320" w:type="dxa"/>
          </w:tcPr>
          <w:p w14:paraId="345D4511" w14:textId="6D92D5DF" w:rsidR="00E757A1" w:rsidRPr="00CE7DAD" w:rsidRDefault="00DC1108">
            <w:pPr>
              <w:rPr>
                <w:color w:val="002060"/>
              </w:rPr>
            </w:pPr>
            <w:r w:rsidRPr="00CE7DAD">
              <w:rPr>
                <w:color w:val="002060"/>
              </w:rPr>
              <w:t>23</w:t>
            </w:r>
          </w:p>
        </w:tc>
        <w:tc>
          <w:tcPr>
            <w:tcW w:w="4320" w:type="dxa"/>
          </w:tcPr>
          <w:p w14:paraId="792F5B4A" w14:textId="02D50464" w:rsidR="00E757A1" w:rsidRPr="00CE7DAD" w:rsidRDefault="00DC1108">
            <w:pPr>
              <w:rPr>
                <w:color w:val="002060"/>
              </w:rPr>
            </w:pPr>
            <w:r w:rsidRPr="00CE7DAD">
              <w:rPr>
                <w:color w:val="002060"/>
              </w:rPr>
              <w:t>Trinity Sunday ^</w:t>
            </w:r>
          </w:p>
        </w:tc>
      </w:tr>
      <w:tr w:rsidR="00DC1108" w:rsidRPr="00CE7DAD" w14:paraId="3B8D52DF" w14:textId="77777777">
        <w:tc>
          <w:tcPr>
            <w:tcW w:w="4320" w:type="dxa"/>
          </w:tcPr>
          <w:p w14:paraId="33FB658B" w14:textId="30736EC6" w:rsidR="00DC1108" w:rsidRPr="00CE7DAD" w:rsidRDefault="002915D0">
            <w:pPr>
              <w:rPr>
                <w:color w:val="002060"/>
              </w:rPr>
            </w:pPr>
            <w:r w:rsidRPr="00CE7DAD">
              <w:rPr>
                <w:color w:val="002060"/>
              </w:rPr>
              <w:lastRenderedPageBreak/>
              <w:t>24</w:t>
            </w:r>
          </w:p>
        </w:tc>
        <w:tc>
          <w:tcPr>
            <w:tcW w:w="4320" w:type="dxa"/>
          </w:tcPr>
          <w:p w14:paraId="16720D05" w14:textId="77777777" w:rsidR="00DC1108" w:rsidRPr="00CE7DAD" w:rsidRDefault="002915D0">
            <w:pPr>
              <w:rPr>
                <w:color w:val="002060"/>
              </w:rPr>
            </w:pPr>
            <w:r w:rsidRPr="00CE7DAD">
              <w:rPr>
                <w:color w:val="002060"/>
              </w:rPr>
              <w:t>Pansexual Awareness and Visibility Day *</w:t>
            </w:r>
          </w:p>
          <w:p w14:paraId="4E736242" w14:textId="49CD0CAE" w:rsidR="002915D0" w:rsidRPr="00CE7DAD" w:rsidRDefault="002915D0">
            <w:pPr>
              <w:rPr>
                <w:color w:val="002060"/>
              </w:rPr>
            </w:pPr>
            <w:r w:rsidRPr="00CE7DAD">
              <w:rPr>
                <w:color w:val="002060"/>
              </w:rPr>
              <w:t>Declaration of the Bab ^</w:t>
            </w:r>
          </w:p>
        </w:tc>
      </w:tr>
      <w:tr w:rsidR="00DC1108" w:rsidRPr="00CE7DAD" w14:paraId="628C42BD" w14:textId="77777777">
        <w:tc>
          <w:tcPr>
            <w:tcW w:w="4320" w:type="dxa"/>
          </w:tcPr>
          <w:p w14:paraId="5CC289D9" w14:textId="09D62B65" w:rsidR="00DC1108" w:rsidRPr="00CE7DAD" w:rsidRDefault="002915D0">
            <w:pPr>
              <w:rPr>
                <w:color w:val="002060"/>
              </w:rPr>
            </w:pPr>
            <w:r w:rsidRPr="00CE7DAD">
              <w:rPr>
                <w:color w:val="002060"/>
              </w:rPr>
              <w:t>27</w:t>
            </w:r>
          </w:p>
        </w:tc>
        <w:tc>
          <w:tcPr>
            <w:tcW w:w="4320" w:type="dxa"/>
          </w:tcPr>
          <w:p w14:paraId="2E2F2ADE" w14:textId="65FF9617" w:rsidR="00DC1108" w:rsidRPr="00CE7DAD" w:rsidRDefault="002915D0">
            <w:pPr>
              <w:rPr>
                <w:color w:val="002060"/>
              </w:rPr>
            </w:pPr>
            <w:r w:rsidRPr="00CE7DAD">
              <w:rPr>
                <w:color w:val="002060"/>
              </w:rPr>
              <w:t>Corpus Christi ^</w:t>
            </w:r>
          </w:p>
        </w:tc>
      </w:tr>
      <w:tr w:rsidR="00DC1108" w:rsidRPr="00CE7DAD" w14:paraId="4FC71DD8" w14:textId="77777777">
        <w:tc>
          <w:tcPr>
            <w:tcW w:w="4320" w:type="dxa"/>
          </w:tcPr>
          <w:p w14:paraId="427B2538" w14:textId="13AA4ACB" w:rsidR="00DC1108" w:rsidRPr="00CE7DAD" w:rsidRDefault="00FF5108">
            <w:pPr>
              <w:rPr>
                <w:color w:val="002060"/>
              </w:rPr>
            </w:pPr>
            <w:r w:rsidRPr="00CE7DAD">
              <w:rPr>
                <w:color w:val="002060"/>
              </w:rPr>
              <w:t>29</w:t>
            </w:r>
          </w:p>
        </w:tc>
        <w:tc>
          <w:tcPr>
            <w:tcW w:w="4320" w:type="dxa"/>
          </w:tcPr>
          <w:p w14:paraId="094FA705" w14:textId="5D00EAC7" w:rsidR="00DC1108" w:rsidRPr="00CE7DAD" w:rsidRDefault="00FF5108">
            <w:pPr>
              <w:rPr>
                <w:color w:val="002060"/>
              </w:rPr>
            </w:pPr>
            <w:r w:rsidRPr="00CE7DAD">
              <w:rPr>
                <w:color w:val="002060"/>
              </w:rPr>
              <w:t>Ascension of the Baha’u’llah ^</w:t>
            </w:r>
          </w:p>
        </w:tc>
      </w:tr>
      <w:tr w:rsidR="00DC1108" w:rsidRPr="00CE7DAD" w14:paraId="56DB3163" w14:textId="77777777">
        <w:tc>
          <w:tcPr>
            <w:tcW w:w="4320" w:type="dxa"/>
          </w:tcPr>
          <w:p w14:paraId="4D996D58" w14:textId="17496364" w:rsidR="00DC1108" w:rsidRPr="00CE7DAD" w:rsidRDefault="00FF5108">
            <w:pPr>
              <w:rPr>
                <w:color w:val="002060"/>
              </w:rPr>
            </w:pPr>
            <w:r w:rsidRPr="00CE7DAD">
              <w:rPr>
                <w:color w:val="002060"/>
              </w:rPr>
              <w:t>30</w:t>
            </w:r>
          </w:p>
        </w:tc>
        <w:tc>
          <w:tcPr>
            <w:tcW w:w="4320" w:type="dxa"/>
          </w:tcPr>
          <w:p w14:paraId="1204A283" w14:textId="658581AF" w:rsidR="00DC1108" w:rsidRPr="00CE7DAD" w:rsidRDefault="00FF5108">
            <w:pPr>
              <w:rPr>
                <w:color w:val="002060"/>
              </w:rPr>
            </w:pPr>
            <w:r w:rsidRPr="00CE7DAD">
              <w:rPr>
                <w:color w:val="002060"/>
              </w:rPr>
              <w:t>World MS Awareness Day *</w:t>
            </w:r>
          </w:p>
        </w:tc>
      </w:tr>
      <w:tr w:rsidR="00DC1108" w:rsidRPr="00CE7DAD" w14:paraId="641EEFDF" w14:textId="77777777">
        <w:tc>
          <w:tcPr>
            <w:tcW w:w="4320" w:type="dxa"/>
          </w:tcPr>
          <w:p w14:paraId="7CA77EC8" w14:textId="4A6681B9" w:rsidR="00DC1108" w:rsidRPr="00CE7DAD" w:rsidRDefault="00FF5108">
            <w:pPr>
              <w:rPr>
                <w:color w:val="002060"/>
              </w:rPr>
            </w:pPr>
            <w:r w:rsidRPr="00CE7DAD">
              <w:rPr>
                <w:color w:val="002060"/>
              </w:rPr>
              <w:t>31</w:t>
            </w:r>
          </w:p>
        </w:tc>
        <w:tc>
          <w:tcPr>
            <w:tcW w:w="4320" w:type="dxa"/>
          </w:tcPr>
          <w:p w14:paraId="40B7BEC9" w14:textId="0B6E506E" w:rsidR="00DC1108" w:rsidRPr="00CE7DAD" w:rsidRDefault="00FF510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Visitation </w:t>
            </w:r>
            <w:r w:rsidR="00735CD5" w:rsidRPr="00CE7DAD">
              <w:rPr>
                <w:color w:val="002060"/>
              </w:rPr>
              <w:t>of the Blessed Virgin Mary ^</w:t>
            </w:r>
          </w:p>
        </w:tc>
      </w:tr>
    </w:tbl>
    <w:p w14:paraId="15152157" w14:textId="77777777" w:rsidR="002130B2" w:rsidRPr="00CE7DAD" w:rsidRDefault="00D452F8">
      <w:pPr>
        <w:pStyle w:val="Heading1"/>
        <w:rPr>
          <w:color w:val="002060"/>
        </w:rPr>
      </w:pPr>
      <w:r w:rsidRPr="00CE7DAD">
        <w:rPr>
          <w:color w:val="002060"/>
        </w:rPr>
        <w:t>June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2130B2" w:rsidRPr="00CE7DAD" w14:paraId="29360310" w14:textId="77777777">
        <w:tc>
          <w:tcPr>
            <w:tcW w:w="4320" w:type="dxa"/>
          </w:tcPr>
          <w:p w14:paraId="66ACCE29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Date</w:t>
            </w:r>
          </w:p>
        </w:tc>
        <w:tc>
          <w:tcPr>
            <w:tcW w:w="4320" w:type="dxa"/>
          </w:tcPr>
          <w:p w14:paraId="0E6DE6A5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Event(s)</w:t>
            </w:r>
          </w:p>
        </w:tc>
      </w:tr>
      <w:tr w:rsidR="002130B2" w:rsidRPr="00CE7DAD" w14:paraId="5E3FB15F" w14:textId="77777777">
        <w:tc>
          <w:tcPr>
            <w:tcW w:w="4320" w:type="dxa"/>
          </w:tcPr>
          <w:p w14:paraId="18203C5B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</w:t>
            </w:r>
          </w:p>
        </w:tc>
        <w:tc>
          <w:tcPr>
            <w:tcW w:w="4320" w:type="dxa"/>
          </w:tcPr>
          <w:p w14:paraId="27B823BC" w14:textId="76444D70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LGBTQI+ Pride Month </w:t>
            </w:r>
            <w:r w:rsidR="004E78CA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4E78CA" w:rsidRPr="00CE7DAD">
              <w:rPr>
                <w:color w:val="002060"/>
              </w:rPr>
              <w:t>)*</w:t>
            </w:r>
          </w:p>
        </w:tc>
      </w:tr>
      <w:tr w:rsidR="00CB78E9" w:rsidRPr="00CE7DAD" w14:paraId="351D7C18" w14:textId="77777777">
        <w:tc>
          <w:tcPr>
            <w:tcW w:w="4320" w:type="dxa"/>
          </w:tcPr>
          <w:p w14:paraId="55BF4047" w14:textId="7981F11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4</w:t>
            </w:r>
          </w:p>
        </w:tc>
        <w:tc>
          <w:tcPr>
            <w:tcW w:w="4320" w:type="dxa"/>
          </w:tcPr>
          <w:p w14:paraId="2511C0C8" w14:textId="090AF04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Sacred Heart of Jesus ^</w:t>
            </w:r>
          </w:p>
        </w:tc>
      </w:tr>
      <w:tr w:rsidR="00CB78E9" w:rsidRPr="00CE7DAD" w14:paraId="7B3B1572" w14:textId="77777777">
        <w:tc>
          <w:tcPr>
            <w:tcW w:w="4320" w:type="dxa"/>
          </w:tcPr>
          <w:p w14:paraId="4C846DB1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5</w:t>
            </w:r>
          </w:p>
        </w:tc>
        <w:tc>
          <w:tcPr>
            <w:tcW w:w="4320" w:type="dxa"/>
          </w:tcPr>
          <w:p w14:paraId="0F70F386" w14:textId="0C6CB0E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Muharram (start) ^</w:t>
            </w:r>
          </w:p>
        </w:tc>
      </w:tr>
      <w:tr w:rsidR="00CB78E9" w:rsidRPr="00CE7DAD" w14:paraId="5533D827" w14:textId="77777777">
        <w:tc>
          <w:tcPr>
            <w:tcW w:w="4320" w:type="dxa"/>
          </w:tcPr>
          <w:p w14:paraId="24B2B857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6</w:t>
            </w:r>
          </w:p>
        </w:tc>
        <w:tc>
          <w:tcPr>
            <w:tcW w:w="4320" w:type="dxa"/>
          </w:tcPr>
          <w:p w14:paraId="7756BA3E" w14:textId="06DAEA98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Muharram (first full day) ^</w:t>
            </w:r>
          </w:p>
        </w:tc>
      </w:tr>
      <w:tr w:rsidR="00CB78E9" w:rsidRPr="00CE7DAD" w14:paraId="3D4D92A5" w14:textId="77777777">
        <w:tc>
          <w:tcPr>
            <w:tcW w:w="4320" w:type="dxa"/>
          </w:tcPr>
          <w:p w14:paraId="40F84548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7</w:t>
            </w:r>
          </w:p>
        </w:tc>
        <w:tc>
          <w:tcPr>
            <w:tcW w:w="4320" w:type="dxa"/>
          </w:tcPr>
          <w:p w14:paraId="0F86B154" w14:textId="02F5C6C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Carers Week (start) *</w:t>
            </w:r>
          </w:p>
        </w:tc>
      </w:tr>
      <w:tr w:rsidR="00CB78E9" w:rsidRPr="00CE7DAD" w14:paraId="42B772CD" w14:textId="77777777">
        <w:tc>
          <w:tcPr>
            <w:tcW w:w="4320" w:type="dxa"/>
          </w:tcPr>
          <w:p w14:paraId="63FFA772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10</w:t>
            </w:r>
          </w:p>
        </w:tc>
        <w:tc>
          <w:tcPr>
            <w:tcW w:w="4320" w:type="dxa"/>
          </w:tcPr>
          <w:p w14:paraId="61C7A2A5" w14:textId="1FEDE611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Shavuot (start) ^</w:t>
            </w:r>
          </w:p>
        </w:tc>
      </w:tr>
      <w:tr w:rsidR="00CB78E9" w:rsidRPr="00CE7DAD" w14:paraId="2A579E18" w14:textId="77777777">
        <w:tc>
          <w:tcPr>
            <w:tcW w:w="4320" w:type="dxa"/>
          </w:tcPr>
          <w:p w14:paraId="12BBFAAB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12</w:t>
            </w:r>
          </w:p>
        </w:tc>
        <w:tc>
          <w:tcPr>
            <w:tcW w:w="4320" w:type="dxa"/>
          </w:tcPr>
          <w:p w14:paraId="508C1D94" w14:textId="7DF45E6F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Shavuot (end) ^</w:t>
            </w:r>
          </w:p>
        </w:tc>
      </w:tr>
      <w:tr w:rsidR="00CB78E9" w:rsidRPr="00CE7DAD" w14:paraId="58458B33" w14:textId="77777777">
        <w:tc>
          <w:tcPr>
            <w:tcW w:w="4320" w:type="dxa"/>
          </w:tcPr>
          <w:p w14:paraId="7E58C4B3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14</w:t>
            </w:r>
          </w:p>
        </w:tc>
        <w:tc>
          <w:tcPr>
            <w:tcW w:w="4320" w:type="dxa"/>
          </w:tcPr>
          <w:p w14:paraId="2E7EF9E5" w14:textId="43BF62D2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Men’s Health Week (start) *</w:t>
            </w:r>
          </w:p>
        </w:tc>
      </w:tr>
      <w:tr w:rsidR="00CB78E9" w:rsidRPr="00CE7DAD" w14:paraId="26488377" w14:textId="77777777">
        <w:tc>
          <w:tcPr>
            <w:tcW w:w="4320" w:type="dxa"/>
          </w:tcPr>
          <w:p w14:paraId="7EFA0887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15</w:t>
            </w:r>
          </w:p>
        </w:tc>
        <w:tc>
          <w:tcPr>
            <w:tcW w:w="4320" w:type="dxa"/>
          </w:tcPr>
          <w:p w14:paraId="59261D8D" w14:textId="3A220FFD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Ashura ^</w:t>
            </w:r>
          </w:p>
        </w:tc>
      </w:tr>
      <w:tr w:rsidR="00CB78E9" w:rsidRPr="00CE7DAD" w14:paraId="3B91CE4B" w14:textId="77777777">
        <w:tc>
          <w:tcPr>
            <w:tcW w:w="4320" w:type="dxa"/>
          </w:tcPr>
          <w:p w14:paraId="46E82C85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16</w:t>
            </w:r>
          </w:p>
        </w:tc>
        <w:tc>
          <w:tcPr>
            <w:tcW w:w="4320" w:type="dxa"/>
          </w:tcPr>
          <w:p w14:paraId="0FC9E33A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Martyrdom of Guru Arjan Dev Ji Shaheedi Diwas ^</w:t>
            </w:r>
          </w:p>
          <w:p w14:paraId="5400BE4F" w14:textId="60C19814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 Al-Hijra (start) ^</w:t>
            </w:r>
          </w:p>
        </w:tc>
      </w:tr>
      <w:tr w:rsidR="00CB78E9" w:rsidRPr="00CE7DAD" w14:paraId="57DEEC92" w14:textId="77777777">
        <w:tc>
          <w:tcPr>
            <w:tcW w:w="4320" w:type="dxa"/>
          </w:tcPr>
          <w:p w14:paraId="63A3D4CE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17</w:t>
            </w:r>
          </w:p>
        </w:tc>
        <w:tc>
          <w:tcPr>
            <w:tcW w:w="4320" w:type="dxa"/>
          </w:tcPr>
          <w:p w14:paraId="1F27E091" w14:textId="04BC0BF8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Al-Hijra (end) ^</w:t>
            </w:r>
          </w:p>
        </w:tc>
      </w:tr>
      <w:tr w:rsidR="00CB78E9" w:rsidRPr="00CE7DAD" w14:paraId="17C1ECB0" w14:textId="77777777">
        <w:tc>
          <w:tcPr>
            <w:tcW w:w="4320" w:type="dxa"/>
          </w:tcPr>
          <w:p w14:paraId="1E268B56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18</w:t>
            </w:r>
          </w:p>
        </w:tc>
        <w:tc>
          <w:tcPr>
            <w:tcW w:w="4320" w:type="dxa"/>
          </w:tcPr>
          <w:p w14:paraId="47BC241B" w14:textId="25D147B1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Autistic Pride Day *</w:t>
            </w:r>
          </w:p>
        </w:tc>
      </w:tr>
      <w:tr w:rsidR="00CB78E9" w:rsidRPr="00CE7DAD" w14:paraId="294098C4" w14:textId="77777777">
        <w:tc>
          <w:tcPr>
            <w:tcW w:w="4320" w:type="dxa"/>
          </w:tcPr>
          <w:p w14:paraId="05A1DD5B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20</w:t>
            </w:r>
          </w:p>
        </w:tc>
        <w:tc>
          <w:tcPr>
            <w:tcW w:w="4320" w:type="dxa"/>
          </w:tcPr>
          <w:p w14:paraId="127117FC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Men’s Health Week (end) *</w:t>
            </w:r>
          </w:p>
          <w:p w14:paraId="2DB58F20" w14:textId="716D822D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World Refugee Day *</w:t>
            </w:r>
          </w:p>
        </w:tc>
      </w:tr>
      <w:tr w:rsidR="00CB78E9" w:rsidRPr="00CE7DAD" w14:paraId="66D36EBC" w14:textId="77777777">
        <w:tc>
          <w:tcPr>
            <w:tcW w:w="4320" w:type="dxa"/>
          </w:tcPr>
          <w:p w14:paraId="2E315E63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22</w:t>
            </w:r>
          </w:p>
        </w:tc>
        <w:tc>
          <w:tcPr>
            <w:tcW w:w="4320" w:type="dxa"/>
          </w:tcPr>
          <w:p w14:paraId="36FEC4DF" w14:textId="415DDA40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UK Windrush Day *</w:t>
            </w:r>
          </w:p>
        </w:tc>
      </w:tr>
      <w:tr w:rsidR="00CB78E9" w:rsidRPr="00CE7DAD" w14:paraId="25289C7D" w14:textId="77777777">
        <w:tc>
          <w:tcPr>
            <w:tcW w:w="4320" w:type="dxa"/>
          </w:tcPr>
          <w:p w14:paraId="584C0653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23</w:t>
            </w:r>
          </w:p>
        </w:tc>
        <w:tc>
          <w:tcPr>
            <w:tcW w:w="4320" w:type="dxa"/>
          </w:tcPr>
          <w:p w14:paraId="779B8ACC" w14:textId="0718B821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Women in Engineering Day *</w:t>
            </w:r>
          </w:p>
        </w:tc>
      </w:tr>
      <w:tr w:rsidR="00CB78E9" w:rsidRPr="00CE7DAD" w14:paraId="2FC5A843" w14:textId="77777777">
        <w:tc>
          <w:tcPr>
            <w:tcW w:w="4320" w:type="dxa"/>
          </w:tcPr>
          <w:p w14:paraId="4EC31393" w14:textId="1E39409C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24</w:t>
            </w:r>
          </w:p>
        </w:tc>
        <w:tc>
          <w:tcPr>
            <w:tcW w:w="4320" w:type="dxa"/>
          </w:tcPr>
          <w:p w14:paraId="2CD2D86D" w14:textId="0D46A293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Feast and Nativity of saint John the Baptist ^</w:t>
            </w:r>
          </w:p>
        </w:tc>
      </w:tr>
      <w:tr w:rsidR="00CB78E9" w:rsidRPr="00CE7DAD" w14:paraId="10420A94" w14:textId="77777777">
        <w:tc>
          <w:tcPr>
            <w:tcW w:w="4320" w:type="dxa"/>
          </w:tcPr>
          <w:p w14:paraId="22081BF0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28</w:t>
            </w:r>
          </w:p>
        </w:tc>
        <w:tc>
          <w:tcPr>
            <w:tcW w:w="4320" w:type="dxa"/>
          </w:tcPr>
          <w:p w14:paraId="05B89783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Stonewall Riots Anniversary (start) *</w:t>
            </w:r>
          </w:p>
          <w:p w14:paraId="2C248654" w14:textId="57952B73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The Apostles’ Feast ^</w:t>
            </w:r>
          </w:p>
        </w:tc>
      </w:tr>
      <w:tr w:rsidR="00CB78E9" w:rsidRPr="00CE7DAD" w14:paraId="317D35D9" w14:textId="77777777">
        <w:tc>
          <w:tcPr>
            <w:tcW w:w="4320" w:type="dxa"/>
          </w:tcPr>
          <w:p w14:paraId="509C7CDF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29</w:t>
            </w:r>
          </w:p>
        </w:tc>
        <w:tc>
          <w:tcPr>
            <w:tcW w:w="4320" w:type="dxa"/>
          </w:tcPr>
          <w:p w14:paraId="22655525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Stonewall Riots Anniversary (end) *</w:t>
            </w:r>
          </w:p>
          <w:p w14:paraId="1E6F5E31" w14:textId="16452BEE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Feast of Saints Peter and Paul ^</w:t>
            </w:r>
          </w:p>
        </w:tc>
      </w:tr>
      <w:tr w:rsidR="00CB78E9" w:rsidRPr="00CE7DAD" w14:paraId="56D2C65B" w14:textId="77777777">
        <w:tc>
          <w:tcPr>
            <w:tcW w:w="4320" w:type="dxa"/>
          </w:tcPr>
          <w:p w14:paraId="2B879A94" w14:textId="77777777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30</w:t>
            </w:r>
          </w:p>
        </w:tc>
        <w:tc>
          <w:tcPr>
            <w:tcW w:w="4320" w:type="dxa"/>
          </w:tcPr>
          <w:p w14:paraId="0C41E3F4" w14:textId="0E90207E" w:rsidR="00CB78E9" w:rsidRPr="00CE7DAD" w:rsidRDefault="00CB78E9" w:rsidP="00CB78E9">
            <w:pPr>
              <w:rPr>
                <w:color w:val="002060"/>
              </w:rPr>
            </w:pPr>
            <w:r w:rsidRPr="00CE7DAD">
              <w:rPr>
                <w:color w:val="002060"/>
              </w:rPr>
              <w:t>LGBTQI+ Pride Month (end) *</w:t>
            </w:r>
          </w:p>
        </w:tc>
      </w:tr>
    </w:tbl>
    <w:p w14:paraId="6F106C2B" w14:textId="77777777" w:rsidR="002130B2" w:rsidRPr="00CE7DAD" w:rsidRDefault="002130B2">
      <w:pPr>
        <w:rPr>
          <w:color w:val="002060"/>
        </w:rPr>
      </w:pPr>
    </w:p>
    <w:p w14:paraId="6412A907" w14:textId="77777777" w:rsidR="002130B2" w:rsidRPr="00CE7DAD" w:rsidRDefault="00D452F8">
      <w:pPr>
        <w:pStyle w:val="Heading1"/>
        <w:rPr>
          <w:color w:val="002060"/>
        </w:rPr>
      </w:pPr>
      <w:r w:rsidRPr="00CE7DAD">
        <w:rPr>
          <w:color w:val="002060"/>
        </w:rPr>
        <w:t>July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2130B2" w:rsidRPr="00CE7DAD" w14:paraId="2672D5A3" w14:textId="77777777">
        <w:tc>
          <w:tcPr>
            <w:tcW w:w="4320" w:type="dxa"/>
          </w:tcPr>
          <w:p w14:paraId="3AEB51AD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Date</w:t>
            </w:r>
          </w:p>
        </w:tc>
        <w:tc>
          <w:tcPr>
            <w:tcW w:w="4320" w:type="dxa"/>
          </w:tcPr>
          <w:p w14:paraId="70A93568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Event(s)</w:t>
            </w:r>
          </w:p>
        </w:tc>
      </w:tr>
      <w:tr w:rsidR="002130B2" w:rsidRPr="00CE7DAD" w14:paraId="02FD14C4" w14:textId="77777777">
        <w:tc>
          <w:tcPr>
            <w:tcW w:w="4320" w:type="dxa"/>
          </w:tcPr>
          <w:p w14:paraId="1E7A95A0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</w:t>
            </w:r>
          </w:p>
        </w:tc>
        <w:tc>
          <w:tcPr>
            <w:tcW w:w="4320" w:type="dxa"/>
          </w:tcPr>
          <w:p w14:paraId="78541904" w14:textId="77777777" w:rsidR="003848D1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Disability Pride Month </w:t>
            </w:r>
            <w:r w:rsidR="003848D1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3848D1" w:rsidRPr="00CE7DAD">
              <w:rPr>
                <w:color w:val="002060"/>
              </w:rPr>
              <w:t>) *</w:t>
            </w:r>
          </w:p>
          <w:p w14:paraId="73D16289" w14:textId="77777777" w:rsidR="00EE2883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First Pride Parade UK Anniversary</w:t>
            </w:r>
            <w:r w:rsidR="003848D1" w:rsidRPr="00CE7DAD">
              <w:rPr>
                <w:color w:val="002060"/>
              </w:rPr>
              <w:t xml:space="preserve"> *</w:t>
            </w:r>
          </w:p>
          <w:p w14:paraId="5FCAD292" w14:textId="650C3D28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South Asian Heritage Month </w:t>
            </w:r>
            <w:r w:rsidR="00EE2883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EE2883" w:rsidRPr="00CE7DAD">
              <w:rPr>
                <w:color w:val="002060"/>
              </w:rPr>
              <w:t>) *</w:t>
            </w:r>
          </w:p>
        </w:tc>
      </w:tr>
      <w:tr w:rsidR="00EE2883" w:rsidRPr="00CE7DAD" w14:paraId="580DD988" w14:textId="77777777">
        <w:tc>
          <w:tcPr>
            <w:tcW w:w="4320" w:type="dxa"/>
          </w:tcPr>
          <w:p w14:paraId="5ADDB3DB" w14:textId="265F1471" w:rsidR="00EE2883" w:rsidRPr="00CE7DAD" w:rsidRDefault="00EE2883">
            <w:pPr>
              <w:rPr>
                <w:color w:val="002060"/>
              </w:rPr>
            </w:pPr>
            <w:r w:rsidRPr="00CE7DAD">
              <w:rPr>
                <w:color w:val="002060"/>
              </w:rPr>
              <w:t>5</w:t>
            </w:r>
          </w:p>
        </w:tc>
        <w:tc>
          <w:tcPr>
            <w:tcW w:w="4320" w:type="dxa"/>
          </w:tcPr>
          <w:p w14:paraId="0649CB6D" w14:textId="4C3EE2E6" w:rsidR="00EE2883" w:rsidRPr="00CE7DAD" w:rsidRDefault="00EE2883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Birthday </w:t>
            </w:r>
            <w:r w:rsidR="00B13F3E" w:rsidRPr="00CE7DAD">
              <w:rPr>
                <w:color w:val="002060"/>
              </w:rPr>
              <w:t>of Guru Hargobind ^</w:t>
            </w:r>
          </w:p>
        </w:tc>
      </w:tr>
      <w:tr w:rsidR="00EE2883" w:rsidRPr="00CE7DAD" w14:paraId="0B83FCD0" w14:textId="77777777">
        <w:tc>
          <w:tcPr>
            <w:tcW w:w="4320" w:type="dxa"/>
          </w:tcPr>
          <w:p w14:paraId="146F66ED" w14:textId="6A6369A9" w:rsidR="00EE2883" w:rsidRPr="00CE7DAD" w:rsidRDefault="00B13F3E">
            <w:pPr>
              <w:rPr>
                <w:color w:val="002060"/>
              </w:rPr>
            </w:pPr>
            <w:r w:rsidRPr="00CE7DAD">
              <w:rPr>
                <w:color w:val="002060"/>
              </w:rPr>
              <w:t>10</w:t>
            </w:r>
          </w:p>
        </w:tc>
        <w:tc>
          <w:tcPr>
            <w:tcW w:w="4320" w:type="dxa"/>
          </w:tcPr>
          <w:p w14:paraId="10CC5FCD" w14:textId="602E9801" w:rsidR="00EE2883" w:rsidRPr="00CE7DAD" w:rsidRDefault="00B13F3E">
            <w:pPr>
              <w:rPr>
                <w:color w:val="002060"/>
              </w:rPr>
            </w:pPr>
            <w:proofErr w:type="spellStart"/>
            <w:r w:rsidRPr="00CE7DAD">
              <w:rPr>
                <w:color w:val="002060"/>
              </w:rPr>
              <w:t>Matrydom</w:t>
            </w:r>
            <w:proofErr w:type="spellEnd"/>
            <w:r w:rsidRPr="00CE7DAD">
              <w:rPr>
                <w:color w:val="002060"/>
              </w:rPr>
              <w:t xml:space="preserve"> of the Bab ^</w:t>
            </w:r>
          </w:p>
        </w:tc>
      </w:tr>
      <w:tr w:rsidR="002130B2" w:rsidRPr="00CE7DAD" w14:paraId="5D939DFC" w14:textId="77777777">
        <w:tc>
          <w:tcPr>
            <w:tcW w:w="4320" w:type="dxa"/>
          </w:tcPr>
          <w:p w14:paraId="421261FE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14</w:t>
            </w:r>
          </w:p>
        </w:tc>
        <w:tc>
          <w:tcPr>
            <w:tcW w:w="4320" w:type="dxa"/>
          </w:tcPr>
          <w:p w14:paraId="56462F5B" w14:textId="247C7393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Non-Binary People’s Day</w:t>
            </w:r>
            <w:r w:rsidR="00EE2883" w:rsidRPr="00CE7DAD">
              <w:rPr>
                <w:color w:val="002060"/>
              </w:rPr>
              <w:t xml:space="preserve"> *</w:t>
            </w:r>
          </w:p>
        </w:tc>
      </w:tr>
      <w:tr w:rsidR="00B13F3E" w:rsidRPr="00CE7DAD" w14:paraId="37C98B86" w14:textId="77777777">
        <w:tc>
          <w:tcPr>
            <w:tcW w:w="4320" w:type="dxa"/>
          </w:tcPr>
          <w:p w14:paraId="7E135413" w14:textId="2FA174EF" w:rsidR="00B13F3E" w:rsidRPr="00CE7DAD" w:rsidRDefault="008C4B6B">
            <w:pPr>
              <w:rPr>
                <w:color w:val="002060"/>
              </w:rPr>
            </w:pPr>
            <w:r w:rsidRPr="00CE7DAD">
              <w:rPr>
                <w:color w:val="002060"/>
              </w:rPr>
              <w:t>15</w:t>
            </w:r>
          </w:p>
        </w:tc>
        <w:tc>
          <w:tcPr>
            <w:tcW w:w="4320" w:type="dxa"/>
          </w:tcPr>
          <w:p w14:paraId="4336A1B6" w14:textId="77777777" w:rsidR="00B13F3E" w:rsidRPr="00CE7DAD" w:rsidRDefault="00565E92">
            <w:pPr>
              <w:rPr>
                <w:color w:val="002060"/>
              </w:rPr>
            </w:pPr>
            <w:r w:rsidRPr="00CE7DAD">
              <w:rPr>
                <w:color w:val="002060"/>
              </w:rPr>
              <w:t>Saint Vladimir the Great Day ^</w:t>
            </w:r>
          </w:p>
          <w:p w14:paraId="468D5A2F" w14:textId="6E76E5DB" w:rsidR="00565E92" w:rsidRPr="00CE7DAD" w:rsidRDefault="00565E92">
            <w:pPr>
              <w:rPr>
                <w:color w:val="002060"/>
              </w:rPr>
            </w:pPr>
            <w:proofErr w:type="spellStart"/>
            <w:r w:rsidRPr="00CE7DAD">
              <w:rPr>
                <w:color w:val="002060"/>
              </w:rPr>
              <w:t>Asalha</w:t>
            </w:r>
            <w:proofErr w:type="spellEnd"/>
            <w:r w:rsidRPr="00CE7DAD">
              <w:rPr>
                <w:color w:val="002060"/>
              </w:rPr>
              <w:t xml:space="preserve"> </w:t>
            </w:r>
            <w:r w:rsidR="008C4B6B" w:rsidRPr="00CE7DAD">
              <w:rPr>
                <w:color w:val="002060"/>
              </w:rPr>
              <w:t>Puja ^</w:t>
            </w:r>
          </w:p>
        </w:tc>
      </w:tr>
      <w:tr w:rsidR="002130B2" w:rsidRPr="00CE7DAD" w14:paraId="4117A137" w14:textId="77777777">
        <w:tc>
          <w:tcPr>
            <w:tcW w:w="4320" w:type="dxa"/>
          </w:tcPr>
          <w:p w14:paraId="0320A3EB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lastRenderedPageBreak/>
              <w:t>18</w:t>
            </w:r>
          </w:p>
        </w:tc>
        <w:tc>
          <w:tcPr>
            <w:tcW w:w="4320" w:type="dxa"/>
          </w:tcPr>
          <w:p w14:paraId="163D19E8" w14:textId="2265A570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Nelson Mandela International Day</w:t>
            </w:r>
            <w:r w:rsidR="008C4B6B" w:rsidRPr="00CE7DAD">
              <w:rPr>
                <w:color w:val="002060"/>
              </w:rPr>
              <w:t xml:space="preserve"> *</w:t>
            </w:r>
          </w:p>
        </w:tc>
      </w:tr>
      <w:tr w:rsidR="008C4B6B" w:rsidRPr="00CE7DAD" w14:paraId="045C6406" w14:textId="77777777">
        <w:tc>
          <w:tcPr>
            <w:tcW w:w="4320" w:type="dxa"/>
          </w:tcPr>
          <w:p w14:paraId="11B090B3" w14:textId="24E1A9D3" w:rsidR="008C4B6B" w:rsidRPr="00CE7DAD" w:rsidRDefault="001C7065">
            <w:pPr>
              <w:rPr>
                <w:color w:val="002060"/>
              </w:rPr>
            </w:pPr>
            <w:r w:rsidRPr="00CE7DAD">
              <w:rPr>
                <w:color w:val="002060"/>
              </w:rPr>
              <w:t>22</w:t>
            </w:r>
          </w:p>
        </w:tc>
        <w:tc>
          <w:tcPr>
            <w:tcW w:w="4320" w:type="dxa"/>
          </w:tcPr>
          <w:p w14:paraId="3DABD6CE" w14:textId="2600211D" w:rsidR="008C4B6B" w:rsidRPr="00CE7DAD" w:rsidRDefault="001C7065">
            <w:pPr>
              <w:rPr>
                <w:color w:val="002060"/>
              </w:rPr>
            </w:pPr>
            <w:r w:rsidRPr="00CE7DAD">
              <w:rPr>
                <w:color w:val="002060"/>
              </w:rPr>
              <w:t>Feast Day of Saint Mary Magdalene ^</w:t>
            </w:r>
          </w:p>
        </w:tc>
      </w:tr>
      <w:tr w:rsidR="008C4B6B" w:rsidRPr="00CE7DAD" w14:paraId="65140D22" w14:textId="77777777">
        <w:tc>
          <w:tcPr>
            <w:tcW w:w="4320" w:type="dxa"/>
          </w:tcPr>
          <w:p w14:paraId="1C5729AD" w14:textId="06609F8C" w:rsidR="008C4B6B" w:rsidRPr="00CE7DAD" w:rsidRDefault="001C7065">
            <w:pPr>
              <w:rPr>
                <w:color w:val="002060"/>
              </w:rPr>
            </w:pPr>
            <w:r w:rsidRPr="00CE7DAD">
              <w:rPr>
                <w:color w:val="002060"/>
              </w:rPr>
              <w:t>23</w:t>
            </w:r>
          </w:p>
        </w:tc>
        <w:tc>
          <w:tcPr>
            <w:tcW w:w="4320" w:type="dxa"/>
          </w:tcPr>
          <w:p w14:paraId="56E6889F" w14:textId="4BD68137" w:rsidR="008C4B6B" w:rsidRPr="00CE7DAD" w:rsidRDefault="001C7065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Birthday </w:t>
            </w:r>
            <w:r w:rsidR="00930E8F" w:rsidRPr="00CE7DAD">
              <w:rPr>
                <w:color w:val="002060"/>
              </w:rPr>
              <w:t>of Guru Har Krishan ^</w:t>
            </w:r>
          </w:p>
        </w:tc>
      </w:tr>
      <w:tr w:rsidR="008C4B6B" w:rsidRPr="00CE7DAD" w14:paraId="564B18B4" w14:textId="77777777">
        <w:tc>
          <w:tcPr>
            <w:tcW w:w="4320" w:type="dxa"/>
          </w:tcPr>
          <w:p w14:paraId="4BF6A560" w14:textId="3A0A97EB" w:rsidR="008C4B6B" w:rsidRPr="00CE7DAD" w:rsidRDefault="00930E8F">
            <w:pPr>
              <w:rPr>
                <w:color w:val="002060"/>
              </w:rPr>
            </w:pPr>
            <w:r w:rsidRPr="00CE7DAD">
              <w:rPr>
                <w:color w:val="002060"/>
              </w:rPr>
              <w:t>25</w:t>
            </w:r>
          </w:p>
        </w:tc>
        <w:tc>
          <w:tcPr>
            <w:tcW w:w="4320" w:type="dxa"/>
          </w:tcPr>
          <w:p w14:paraId="50332CD0" w14:textId="5C06C49D" w:rsidR="008C4B6B" w:rsidRPr="00CE7DAD" w:rsidRDefault="00930E8F">
            <w:pPr>
              <w:rPr>
                <w:color w:val="002060"/>
              </w:rPr>
            </w:pPr>
            <w:r w:rsidRPr="00CE7DAD">
              <w:rPr>
                <w:color w:val="002060"/>
              </w:rPr>
              <w:t>Saint James the Great Day ^</w:t>
            </w:r>
          </w:p>
        </w:tc>
      </w:tr>
      <w:tr w:rsidR="002130B2" w:rsidRPr="00CE7DAD" w14:paraId="60530F2D" w14:textId="77777777">
        <w:tc>
          <w:tcPr>
            <w:tcW w:w="4320" w:type="dxa"/>
          </w:tcPr>
          <w:p w14:paraId="429093D8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30</w:t>
            </w:r>
          </w:p>
        </w:tc>
        <w:tc>
          <w:tcPr>
            <w:tcW w:w="4320" w:type="dxa"/>
          </w:tcPr>
          <w:p w14:paraId="3F84AFA4" w14:textId="5910CDE6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World Day Against Trafficking Persons</w:t>
            </w:r>
            <w:r w:rsidR="00930E8F" w:rsidRPr="00CE7DAD">
              <w:rPr>
                <w:color w:val="002060"/>
              </w:rPr>
              <w:t xml:space="preserve"> *</w:t>
            </w:r>
          </w:p>
        </w:tc>
      </w:tr>
      <w:tr w:rsidR="002130B2" w:rsidRPr="00CE7DAD" w14:paraId="760A8DC8" w14:textId="77777777">
        <w:tc>
          <w:tcPr>
            <w:tcW w:w="4320" w:type="dxa"/>
          </w:tcPr>
          <w:p w14:paraId="6D7A2110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31</w:t>
            </w:r>
          </w:p>
        </w:tc>
        <w:tc>
          <w:tcPr>
            <w:tcW w:w="4320" w:type="dxa"/>
          </w:tcPr>
          <w:p w14:paraId="0FA1EA84" w14:textId="77777777" w:rsidR="00930E8F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Disability Pride Month </w:t>
            </w:r>
            <w:r w:rsidR="00930E8F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</w:t>
            </w:r>
            <w:r w:rsidR="00930E8F" w:rsidRPr="00CE7DAD">
              <w:rPr>
                <w:color w:val="002060"/>
              </w:rPr>
              <w:t>d) *</w:t>
            </w:r>
          </w:p>
          <w:p w14:paraId="01535C5A" w14:textId="5674EFC5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South Asian Heritage Month </w:t>
            </w:r>
            <w:r w:rsidR="00930E8F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930E8F" w:rsidRPr="00CE7DAD">
              <w:rPr>
                <w:color w:val="002060"/>
              </w:rPr>
              <w:t>) *</w:t>
            </w:r>
          </w:p>
        </w:tc>
      </w:tr>
    </w:tbl>
    <w:p w14:paraId="0DEE2E7E" w14:textId="77777777" w:rsidR="002130B2" w:rsidRPr="00CE7DAD" w:rsidRDefault="002130B2">
      <w:pPr>
        <w:rPr>
          <w:color w:val="002060"/>
        </w:rPr>
      </w:pPr>
    </w:p>
    <w:p w14:paraId="057A47F5" w14:textId="77777777" w:rsidR="002130B2" w:rsidRPr="00CE7DAD" w:rsidRDefault="00D452F8">
      <w:pPr>
        <w:pStyle w:val="Heading1"/>
        <w:rPr>
          <w:color w:val="002060"/>
        </w:rPr>
      </w:pPr>
      <w:r w:rsidRPr="00CE7DAD">
        <w:rPr>
          <w:color w:val="002060"/>
        </w:rPr>
        <w:t>August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4316"/>
      </w:tblGrid>
      <w:tr w:rsidR="002130B2" w:rsidRPr="00CE7DAD" w14:paraId="70FCEAED" w14:textId="77777777">
        <w:tc>
          <w:tcPr>
            <w:tcW w:w="4320" w:type="dxa"/>
          </w:tcPr>
          <w:p w14:paraId="3F272D9D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Date</w:t>
            </w:r>
          </w:p>
        </w:tc>
        <w:tc>
          <w:tcPr>
            <w:tcW w:w="4320" w:type="dxa"/>
          </w:tcPr>
          <w:p w14:paraId="5D0DAEEF" w14:textId="77777777" w:rsidR="002130B2" w:rsidRPr="00CE7DAD" w:rsidRDefault="00D452F8">
            <w:pPr>
              <w:rPr>
                <w:b/>
                <w:bCs/>
                <w:color w:val="002060"/>
              </w:rPr>
            </w:pPr>
            <w:r w:rsidRPr="00CE7DAD">
              <w:rPr>
                <w:b/>
                <w:bCs/>
                <w:color w:val="002060"/>
              </w:rPr>
              <w:t>Event(s)</w:t>
            </w:r>
          </w:p>
        </w:tc>
      </w:tr>
      <w:tr w:rsidR="002130B2" w:rsidRPr="00CE7DAD" w14:paraId="029A3A93" w14:textId="77777777">
        <w:tc>
          <w:tcPr>
            <w:tcW w:w="4320" w:type="dxa"/>
          </w:tcPr>
          <w:p w14:paraId="31CD79B7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</w:t>
            </w:r>
          </w:p>
        </w:tc>
        <w:tc>
          <w:tcPr>
            <w:tcW w:w="4320" w:type="dxa"/>
          </w:tcPr>
          <w:p w14:paraId="32C31F73" w14:textId="30C87DAD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World Breastfeeding Week </w:t>
            </w:r>
            <w:r w:rsidR="00325C09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start</w:t>
            </w:r>
            <w:r w:rsidR="00325C09" w:rsidRPr="00CE7DAD">
              <w:rPr>
                <w:color w:val="002060"/>
              </w:rPr>
              <w:t>) *</w:t>
            </w:r>
            <w:r w:rsidRPr="00CE7DAD">
              <w:rPr>
                <w:color w:val="002060"/>
              </w:rPr>
              <w:t xml:space="preserve"> Lammas</w:t>
            </w:r>
            <w:r w:rsidR="00325C09"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401CDC74" w14:textId="77777777">
        <w:tc>
          <w:tcPr>
            <w:tcW w:w="4320" w:type="dxa"/>
          </w:tcPr>
          <w:p w14:paraId="71C5CAED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6</w:t>
            </w:r>
          </w:p>
        </w:tc>
        <w:tc>
          <w:tcPr>
            <w:tcW w:w="4320" w:type="dxa"/>
          </w:tcPr>
          <w:p w14:paraId="4C06E8C6" w14:textId="13E66C29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Feast of Transfiguration</w:t>
            </w:r>
            <w:r w:rsidR="00325C09" w:rsidRPr="00CE7DAD">
              <w:rPr>
                <w:color w:val="002060"/>
              </w:rPr>
              <w:t xml:space="preserve"> of our Lord ^</w:t>
            </w:r>
          </w:p>
        </w:tc>
      </w:tr>
      <w:tr w:rsidR="002130B2" w:rsidRPr="00CE7DAD" w14:paraId="734B9030" w14:textId="77777777">
        <w:tc>
          <w:tcPr>
            <w:tcW w:w="4320" w:type="dxa"/>
          </w:tcPr>
          <w:p w14:paraId="2E4236E4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7</w:t>
            </w:r>
          </w:p>
        </w:tc>
        <w:tc>
          <w:tcPr>
            <w:tcW w:w="4320" w:type="dxa"/>
          </w:tcPr>
          <w:p w14:paraId="3D40A01F" w14:textId="7398AA86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World Breastfeeding Week </w:t>
            </w:r>
            <w:r w:rsidR="00325C09" w:rsidRPr="00CE7DAD">
              <w:rPr>
                <w:color w:val="002060"/>
              </w:rPr>
              <w:t>(</w:t>
            </w:r>
            <w:r w:rsidRPr="00CE7DAD">
              <w:rPr>
                <w:color w:val="002060"/>
              </w:rPr>
              <w:t>end</w:t>
            </w:r>
            <w:r w:rsidR="00325C09" w:rsidRPr="00CE7DAD">
              <w:rPr>
                <w:color w:val="002060"/>
              </w:rPr>
              <w:t>) *</w:t>
            </w:r>
          </w:p>
        </w:tc>
      </w:tr>
      <w:tr w:rsidR="002130B2" w:rsidRPr="00CE7DAD" w14:paraId="75122EA0" w14:textId="77777777">
        <w:tc>
          <w:tcPr>
            <w:tcW w:w="4320" w:type="dxa"/>
          </w:tcPr>
          <w:p w14:paraId="34E773DB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9</w:t>
            </w:r>
          </w:p>
        </w:tc>
        <w:tc>
          <w:tcPr>
            <w:tcW w:w="4320" w:type="dxa"/>
          </w:tcPr>
          <w:p w14:paraId="2E545A1F" w14:textId="2A379421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Day of the World’s Indigenous People</w:t>
            </w:r>
            <w:r w:rsidR="00325C09" w:rsidRPr="00CE7DAD">
              <w:rPr>
                <w:color w:val="002060"/>
              </w:rPr>
              <w:t xml:space="preserve"> *</w:t>
            </w:r>
          </w:p>
        </w:tc>
      </w:tr>
      <w:tr w:rsidR="00A224F2" w:rsidRPr="00CE7DAD" w14:paraId="20E48F36" w14:textId="77777777">
        <w:tc>
          <w:tcPr>
            <w:tcW w:w="4320" w:type="dxa"/>
          </w:tcPr>
          <w:p w14:paraId="4C3BEB10" w14:textId="4C317496" w:rsidR="00A224F2" w:rsidRPr="00CE7DAD" w:rsidRDefault="00A224F2">
            <w:pPr>
              <w:rPr>
                <w:color w:val="002060"/>
              </w:rPr>
            </w:pPr>
            <w:r w:rsidRPr="00CE7DAD">
              <w:rPr>
                <w:color w:val="002060"/>
              </w:rPr>
              <w:t>10</w:t>
            </w:r>
          </w:p>
        </w:tc>
        <w:tc>
          <w:tcPr>
            <w:tcW w:w="4320" w:type="dxa"/>
          </w:tcPr>
          <w:p w14:paraId="31B5A76B" w14:textId="731685E6" w:rsidR="00A224F2" w:rsidRPr="00CE7DAD" w:rsidRDefault="00A224F2">
            <w:pPr>
              <w:rPr>
                <w:color w:val="002060"/>
              </w:rPr>
            </w:pPr>
            <w:r w:rsidRPr="00CE7DAD">
              <w:rPr>
                <w:color w:val="002060"/>
              </w:rPr>
              <w:t>Feast of Saint Lawrence ^</w:t>
            </w:r>
          </w:p>
        </w:tc>
      </w:tr>
      <w:tr w:rsidR="00A224F2" w:rsidRPr="00CE7DAD" w14:paraId="45C4073A" w14:textId="77777777">
        <w:tc>
          <w:tcPr>
            <w:tcW w:w="4320" w:type="dxa"/>
          </w:tcPr>
          <w:p w14:paraId="41BBECF5" w14:textId="51F410EC" w:rsidR="00A224F2" w:rsidRPr="00CE7DAD" w:rsidRDefault="00BF1649">
            <w:pPr>
              <w:rPr>
                <w:color w:val="002060"/>
              </w:rPr>
            </w:pPr>
            <w:r w:rsidRPr="00CE7DAD">
              <w:rPr>
                <w:color w:val="002060"/>
              </w:rPr>
              <w:t>15</w:t>
            </w:r>
          </w:p>
        </w:tc>
        <w:tc>
          <w:tcPr>
            <w:tcW w:w="4320" w:type="dxa"/>
          </w:tcPr>
          <w:p w14:paraId="617E4FB0" w14:textId="51187BAF" w:rsidR="00A224F2" w:rsidRPr="00CE7DAD" w:rsidRDefault="00BF1649">
            <w:pPr>
              <w:rPr>
                <w:color w:val="002060"/>
              </w:rPr>
            </w:pPr>
            <w:r w:rsidRPr="00CE7DAD">
              <w:rPr>
                <w:color w:val="002060"/>
              </w:rPr>
              <w:t>Assumption Day Dor</w:t>
            </w:r>
            <w:r w:rsidR="00141E0C" w:rsidRPr="00CE7DAD">
              <w:rPr>
                <w:color w:val="002060"/>
              </w:rPr>
              <w:t xml:space="preserve">mition of the </w:t>
            </w:r>
            <w:proofErr w:type="spellStart"/>
            <w:r w:rsidR="00141E0C" w:rsidRPr="00CE7DAD">
              <w:rPr>
                <w:color w:val="002060"/>
              </w:rPr>
              <w:t>Theotokos</w:t>
            </w:r>
            <w:proofErr w:type="spellEnd"/>
            <w:r w:rsidR="00141E0C" w:rsidRPr="00CE7DAD">
              <w:rPr>
                <w:color w:val="002060"/>
              </w:rPr>
              <w:t xml:space="preserve"> ^</w:t>
            </w:r>
          </w:p>
        </w:tc>
      </w:tr>
      <w:tr w:rsidR="00A224F2" w:rsidRPr="00CE7DAD" w14:paraId="4961B9BD" w14:textId="77777777">
        <w:tc>
          <w:tcPr>
            <w:tcW w:w="4320" w:type="dxa"/>
          </w:tcPr>
          <w:p w14:paraId="4FA3812B" w14:textId="4C274FA3" w:rsidR="00A224F2" w:rsidRPr="00CE7DAD" w:rsidRDefault="00141E0C">
            <w:pPr>
              <w:rPr>
                <w:color w:val="002060"/>
              </w:rPr>
            </w:pPr>
            <w:r w:rsidRPr="00CE7DAD">
              <w:rPr>
                <w:color w:val="002060"/>
              </w:rPr>
              <w:t>17</w:t>
            </w:r>
          </w:p>
        </w:tc>
        <w:tc>
          <w:tcPr>
            <w:tcW w:w="4320" w:type="dxa"/>
          </w:tcPr>
          <w:p w14:paraId="4E9F1E7E" w14:textId="0200E3A4" w:rsidR="00A224F2" w:rsidRPr="00CE7DAD" w:rsidRDefault="00141E0C">
            <w:pPr>
              <w:rPr>
                <w:color w:val="002060"/>
              </w:rPr>
            </w:pPr>
            <w:r w:rsidRPr="00CE7DAD">
              <w:rPr>
                <w:color w:val="002060"/>
              </w:rPr>
              <w:t xml:space="preserve">Raksha </w:t>
            </w:r>
            <w:proofErr w:type="spellStart"/>
            <w:r w:rsidRPr="00CE7DAD">
              <w:rPr>
                <w:color w:val="002060"/>
              </w:rPr>
              <w:t>Brandhan</w:t>
            </w:r>
            <w:proofErr w:type="spellEnd"/>
            <w:r w:rsidRPr="00CE7DAD">
              <w:rPr>
                <w:color w:val="002060"/>
              </w:rPr>
              <w:t xml:space="preserve"> ^</w:t>
            </w:r>
          </w:p>
        </w:tc>
      </w:tr>
      <w:tr w:rsidR="002130B2" w:rsidRPr="00CE7DAD" w14:paraId="197F0A4A" w14:textId="77777777">
        <w:tc>
          <w:tcPr>
            <w:tcW w:w="4320" w:type="dxa"/>
          </w:tcPr>
          <w:p w14:paraId="5593A862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19</w:t>
            </w:r>
          </w:p>
        </w:tc>
        <w:tc>
          <w:tcPr>
            <w:tcW w:w="4320" w:type="dxa"/>
          </w:tcPr>
          <w:p w14:paraId="1CAFA5F9" w14:textId="148D11DF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World Humanitarian Day</w:t>
            </w:r>
            <w:r w:rsidR="00141E0C" w:rsidRPr="00CE7DAD">
              <w:rPr>
                <w:color w:val="002060"/>
              </w:rPr>
              <w:t xml:space="preserve"> *</w:t>
            </w:r>
          </w:p>
        </w:tc>
      </w:tr>
      <w:tr w:rsidR="00141E0C" w:rsidRPr="00CE7DAD" w14:paraId="06CD6606" w14:textId="77777777">
        <w:tc>
          <w:tcPr>
            <w:tcW w:w="4320" w:type="dxa"/>
          </w:tcPr>
          <w:p w14:paraId="598021FD" w14:textId="091AACD0" w:rsidR="00141E0C" w:rsidRPr="00CE7DAD" w:rsidRDefault="00141E0C">
            <w:pPr>
              <w:rPr>
                <w:color w:val="002060"/>
              </w:rPr>
            </w:pPr>
            <w:r w:rsidRPr="00CE7DAD">
              <w:rPr>
                <w:color w:val="002060"/>
              </w:rPr>
              <w:t>22</w:t>
            </w:r>
          </w:p>
        </w:tc>
        <w:tc>
          <w:tcPr>
            <w:tcW w:w="4320" w:type="dxa"/>
          </w:tcPr>
          <w:p w14:paraId="23A4DD60" w14:textId="3B884F46" w:rsidR="00141E0C" w:rsidRPr="00CE7DAD" w:rsidRDefault="005961EC">
            <w:pPr>
              <w:rPr>
                <w:color w:val="002060"/>
              </w:rPr>
            </w:pPr>
            <w:r w:rsidRPr="00CE7DAD">
              <w:rPr>
                <w:color w:val="002060"/>
              </w:rPr>
              <w:t>Queenship of Mary ^</w:t>
            </w:r>
          </w:p>
        </w:tc>
      </w:tr>
      <w:tr w:rsidR="002130B2" w:rsidRPr="00CE7DAD" w14:paraId="45F5060E" w14:textId="77777777">
        <w:tc>
          <w:tcPr>
            <w:tcW w:w="4320" w:type="dxa"/>
          </w:tcPr>
          <w:p w14:paraId="39BA81A4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23</w:t>
            </w:r>
          </w:p>
        </w:tc>
        <w:tc>
          <w:tcPr>
            <w:tcW w:w="4320" w:type="dxa"/>
          </w:tcPr>
          <w:p w14:paraId="430C325E" w14:textId="3A816E7D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Day for the Remembrance of the Slave Trade and its Abolition</w:t>
            </w:r>
            <w:r w:rsidR="005961EC" w:rsidRPr="00CE7DAD">
              <w:rPr>
                <w:color w:val="002060"/>
              </w:rPr>
              <w:t xml:space="preserve"> *</w:t>
            </w:r>
          </w:p>
        </w:tc>
      </w:tr>
      <w:tr w:rsidR="005961EC" w:rsidRPr="00CE7DAD" w14:paraId="22B22BE0" w14:textId="77777777">
        <w:tc>
          <w:tcPr>
            <w:tcW w:w="4320" w:type="dxa"/>
          </w:tcPr>
          <w:p w14:paraId="3CE27838" w14:textId="395D29D6" w:rsidR="005961EC" w:rsidRPr="00CE7DAD" w:rsidRDefault="005961EC">
            <w:pPr>
              <w:rPr>
                <w:color w:val="002060"/>
              </w:rPr>
            </w:pPr>
            <w:r w:rsidRPr="00CE7DAD">
              <w:rPr>
                <w:color w:val="002060"/>
              </w:rPr>
              <w:t>24</w:t>
            </w:r>
          </w:p>
        </w:tc>
        <w:tc>
          <w:tcPr>
            <w:tcW w:w="4320" w:type="dxa"/>
          </w:tcPr>
          <w:p w14:paraId="572ADECC" w14:textId="64779A26" w:rsidR="005961EC" w:rsidRPr="00CE7DAD" w:rsidRDefault="005961EC">
            <w:pPr>
              <w:rPr>
                <w:color w:val="002060"/>
              </w:rPr>
            </w:pPr>
            <w:r w:rsidRPr="00CE7DAD">
              <w:rPr>
                <w:color w:val="002060"/>
              </w:rPr>
              <w:t>Saint Bartholomew</w:t>
            </w:r>
            <w:r w:rsidR="00C46405" w:rsidRPr="00CE7DAD">
              <w:rPr>
                <w:color w:val="002060"/>
              </w:rPr>
              <w:t xml:space="preserve"> the Apostle ^</w:t>
            </w:r>
          </w:p>
        </w:tc>
      </w:tr>
      <w:tr w:rsidR="002130B2" w:rsidRPr="00CE7DAD" w14:paraId="0A800F9C" w14:textId="77777777">
        <w:tc>
          <w:tcPr>
            <w:tcW w:w="4320" w:type="dxa"/>
          </w:tcPr>
          <w:p w14:paraId="63F632FB" w14:textId="77777777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31</w:t>
            </w:r>
          </w:p>
        </w:tc>
        <w:tc>
          <w:tcPr>
            <w:tcW w:w="4320" w:type="dxa"/>
          </w:tcPr>
          <w:p w14:paraId="770EB699" w14:textId="48470FE3" w:rsidR="002130B2" w:rsidRPr="00CE7DAD" w:rsidRDefault="00D452F8">
            <w:pPr>
              <w:rPr>
                <w:color w:val="002060"/>
              </w:rPr>
            </w:pPr>
            <w:r w:rsidRPr="00CE7DAD">
              <w:rPr>
                <w:color w:val="002060"/>
              </w:rPr>
              <w:t>International Day of People of African Descent</w:t>
            </w:r>
            <w:r w:rsidR="00653A09" w:rsidRPr="00CE7DAD">
              <w:rPr>
                <w:color w:val="002060"/>
              </w:rPr>
              <w:t xml:space="preserve"> *</w:t>
            </w:r>
          </w:p>
        </w:tc>
      </w:tr>
    </w:tbl>
    <w:p w14:paraId="6DE3893E" w14:textId="77777777" w:rsidR="002130B2" w:rsidRPr="00CE7DAD" w:rsidRDefault="002130B2">
      <w:pPr>
        <w:rPr>
          <w:color w:val="002060"/>
        </w:rPr>
      </w:pPr>
    </w:p>
    <w:sectPr w:rsidR="002130B2" w:rsidRPr="00CE7DA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312936">
    <w:abstractNumId w:val="8"/>
  </w:num>
  <w:num w:numId="2" w16cid:durableId="2071341830">
    <w:abstractNumId w:val="6"/>
  </w:num>
  <w:num w:numId="3" w16cid:durableId="702827194">
    <w:abstractNumId w:val="5"/>
  </w:num>
  <w:num w:numId="4" w16cid:durableId="1581983309">
    <w:abstractNumId w:val="4"/>
  </w:num>
  <w:num w:numId="5" w16cid:durableId="56054635">
    <w:abstractNumId w:val="7"/>
  </w:num>
  <w:num w:numId="6" w16cid:durableId="260727792">
    <w:abstractNumId w:val="3"/>
  </w:num>
  <w:num w:numId="7" w16cid:durableId="341933286">
    <w:abstractNumId w:val="2"/>
  </w:num>
  <w:num w:numId="8" w16cid:durableId="2125340998">
    <w:abstractNumId w:val="1"/>
  </w:num>
  <w:num w:numId="9" w16cid:durableId="198719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02E"/>
    <w:rsid w:val="00025AD4"/>
    <w:rsid w:val="0003450A"/>
    <w:rsid w:val="00034616"/>
    <w:rsid w:val="0004606E"/>
    <w:rsid w:val="0006063C"/>
    <w:rsid w:val="000779E3"/>
    <w:rsid w:val="00107656"/>
    <w:rsid w:val="00141E0C"/>
    <w:rsid w:val="0015074B"/>
    <w:rsid w:val="0015718A"/>
    <w:rsid w:val="001C7065"/>
    <w:rsid w:val="001E093D"/>
    <w:rsid w:val="002130B2"/>
    <w:rsid w:val="002509EC"/>
    <w:rsid w:val="002559BF"/>
    <w:rsid w:val="00264E3A"/>
    <w:rsid w:val="002915D0"/>
    <w:rsid w:val="00295A6E"/>
    <w:rsid w:val="0029639D"/>
    <w:rsid w:val="00325C09"/>
    <w:rsid w:val="00326F90"/>
    <w:rsid w:val="003840E4"/>
    <w:rsid w:val="003848D1"/>
    <w:rsid w:val="003C34AF"/>
    <w:rsid w:val="003C5945"/>
    <w:rsid w:val="003E046C"/>
    <w:rsid w:val="00405102"/>
    <w:rsid w:val="00431DAF"/>
    <w:rsid w:val="00495CD8"/>
    <w:rsid w:val="004A3C91"/>
    <w:rsid w:val="004E78CA"/>
    <w:rsid w:val="00507FD5"/>
    <w:rsid w:val="0051390A"/>
    <w:rsid w:val="00565E92"/>
    <w:rsid w:val="005858A0"/>
    <w:rsid w:val="005873B1"/>
    <w:rsid w:val="005961EC"/>
    <w:rsid w:val="005A5154"/>
    <w:rsid w:val="005A7559"/>
    <w:rsid w:val="005C43DB"/>
    <w:rsid w:val="005E021F"/>
    <w:rsid w:val="00633640"/>
    <w:rsid w:val="00643535"/>
    <w:rsid w:val="00653A09"/>
    <w:rsid w:val="00672299"/>
    <w:rsid w:val="00681527"/>
    <w:rsid w:val="00683A68"/>
    <w:rsid w:val="0069575C"/>
    <w:rsid w:val="006E76DA"/>
    <w:rsid w:val="00727595"/>
    <w:rsid w:val="00735CD5"/>
    <w:rsid w:val="00773AFF"/>
    <w:rsid w:val="00792CDC"/>
    <w:rsid w:val="007A0BA1"/>
    <w:rsid w:val="007A3CFE"/>
    <w:rsid w:val="007C2261"/>
    <w:rsid w:val="007D0849"/>
    <w:rsid w:val="00825E00"/>
    <w:rsid w:val="00834DA8"/>
    <w:rsid w:val="008A2747"/>
    <w:rsid w:val="008B254F"/>
    <w:rsid w:val="008C4B6B"/>
    <w:rsid w:val="008D2958"/>
    <w:rsid w:val="00911A2F"/>
    <w:rsid w:val="00930E8F"/>
    <w:rsid w:val="00936167"/>
    <w:rsid w:val="00946503"/>
    <w:rsid w:val="00961252"/>
    <w:rsid w:val="009B46F7"/>
    <w:rsid w:val="00A224F2"/>
    <w:rsid w:val="00A5106C"/>
    <w:rsid w:val="00A523E9"/>
    <w:rsid w:val="00A82B5E"/>
    <w:rsid w:val="00AA1D8D"/>
    <w:rsid w:val="00AF02F2"/>
    <w:rsid w:val="00B012BA"/>
    <w:rsid w:val="00B13F3E"/>
    <w:rsid w:val="00B14B1F"/>
    <w:rsid w:val="00B3734B"/>
    <w:rsid w:val="00B47730"/>
    <w:rsid w:val="00B82C68"/>
    <w:rsid w:val="00B83B24"/>
    <w:rsid w:val="00B90289"/>
    <w:rsid w:val="00BA0822"/>
    <w:rsid w:val="00BC3A85"/>
    <w:rsid w:val="00BD6787"/>
    <w:rsid w:val="00BF1649"/>
    <w:rsid w:val="00C050DA"/>
    <w:rsid w:val="00C46405"/>
    <w:rsid w:val="00C772AC"/>
    <w:rsid w:val="00CA5A8A"/>
    <w:rsid w:val="00CB0664"/>
    <w:rsid w:val="00CB78E9"/>
    <w:rsid w:val="00CE7DAD"/>
    <w:rsid w:val="00D04A46"/>
    <w:rsid w:val="00D452F8"/>
    <w:rsid w:val="00D8352B"/>
    <w:rsid w:val="00DC1108"/>
    <w:rsid w:val="00E156E2"/>
    <w:rsid w:val="00E26C72"/>
    <w:rsid w:val="00E41DDF"/>
    <w:rsid w:val="00E757A1"/>
    <w:rsid w:val="00E90D51"/>
    <w:rsid w:val="00E93AFD"/>
    <w:rsid w:val="00EB1A68"/>
    <w:rsid w:val="00EE2883"/>
    <w:rsid w:val="00F24859"/>
    <w:rsid w:val="00F56886"/>
    <w:rsid w:val="00FA3E99"/>
    <w:rsid w:val="00FC693F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71365DF2-7E40-4FF3-A25E-E9643EF8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52e9fda-0691-4585-bdfc-5ccae1ce1890}" enabled="0" method="" siteId="{b52e9fda-0691-4585-bdfc-5ccae1ce18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Askwith-Martin</dc:creator>
  <cp:keywords/>
  <dc:description>generated by python-docx</dc:description>
  <cp:lastModifiedBy>Freya Askwith-Martin</cp:lastModifiedBy>
  <cp:revision>2</cp:revision>
  <dcterms:created xsi:type="dcterms:W3CDTF">2026-07-28T14:09:00Z</dcterms:created>
  <dcterms:modified xsi:type="dcterms:W3CDTF">2026-07-28T14:09:00Z</dcterms:modified>
  <cp:category/>
</cp:coreProperties>
</file>